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6FC7C" w14:textId="77777777" w:rsidR="008F76F7" w:rsidRPr="008F76F7" w:rsidRDefault="008F76F7" w:rsidP="008F76F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5CE2BFB3" w14:textId="77777777" w:rsidR="008F76F7" w:rsidRPr="008F76F7" w:rsidRDefault="008F76F7" w:rsidP="008F76F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0A4111D1" w14:textId="70B14CF8" w:rsidR="008F76F7" w:rsidRPr="008F76F7" w:rsidRDefault="008F76F7" w:rsidP="008F76F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8F76F7">
        <w:rPr>
          <w:rFonts w:ascii="Times New Roman" w:hAnsi="Times New Roman" w:cs="Times New Roman"/>
          <w:b/>
          <w:sz w:val="24"/>
          <w:szCs w:val="24"/>
          <w:lang w:val="pt-PT"/>
        </w:rPr>
        <w:t>EDITAL Nº 003/2026  APOIO AS QUADRILHAS JUNINAS</w:t>
      </w:r>
    </w:p>
    <w:p w14:paraId="7D55408F" w14:textId="77777777" w:rsidR="008F76F7" w:rsidRPr="008F76F7" w:rsidRDefault="008F76F7" w:rsidP="008F76F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8F76F7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</w:p>
    <w:p w14:paraId="4A9AB2A6" w14:textId="77777777" w:rsidR="008F76F7" w:rsidRPr="008F76F7" w:rsidRDefault="008F76F7" w:rsidP="008F76F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 w:rsidRPr="008F76F7">
        <w:rPr>
          <w:rFonts w:ascii="Times New Roman" w:hAnsi="Times New Roman" w:cs="Times New Roman"/>
          <w:b/>
          <w:bCs/>
          <w:sz w:val="24"/>
          <w:szCs w:val="24"/>
          <w:lang w:val="pt-PT"/>
        </w:rPr>
        <w:t>ANEXO IV - FORMULÁRIO DE RECURSO</w:t>
      </w:r>
    </w:p>
    <w:p w14:paraId="2BC45828" w14:textId="77777777" w:rsidR="008F76F7" w:rsidRPr="008F76F7" w:rsidRDefault="008F76F7" w:rsidP="008F76F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2676C5CF" w14:textId="77777777" w:rsidR="008F76F7" w:rsidRPr="008F76F7" w:rsidRDefault="008F76F7" w:rsidP="008F76F7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8F76F7">
        <w:rPr>
          <w:rFonts w:ascii="Times New Roman" w:hAnsi="Times New Roman" w:cs="Times New Roman"/>
          <w:b/>
          <w:sz w:val="24"/>
          <w:szCs w:val="24"/>
          <w:lang w:val="pt-PT"/>
        </w:rPr>
        <w:t xml:space="preserve">Esse documento não faz parte dos documentos de inscrição </w:t>
      </w:r>
      <w:r w:rsidRPr="008F76F7">
        <w:rPr>
          <w:rFonts w:ascii="Times New Roman" w:hAnsi="Times New Roman" w:cs="Times New Roman"/>
          <w:sz w:val="24"/>
          <w:szCs w:val="24"/>
          <w:lang w:val="pt-PT"/>
        </w:rPr>
        <w:t xml:space="preserve">e só poderá ser utilizado após publicação do resultado </w:t>
      </w:r>
      <w:r w:rsidRPr="008F76F7">
        <w:rPr>
          <w:rFonts w:ascii="Times New Roman" w:hAnsi="Times New Roman" w:cs="Times New Roman"/>
          <w:b/>
          <w:sz w:val="24"/>
          <w:szCs w:val="24"/>
          <w:lang w:val="pt-PT"/>
        </w:rPr>
        <w:t>PRELIMINAR</w:t>
      </w:r>
      <w:r w:rsidRPr="008F76F7">
        <w:rPr>
          <w:rFonts w:ascii="Times New Roman" w:hAnsi="Times New Roman" w:cs="Times New Roman"/>
          <w:sz w:val="24"/>
          <w:szCs w:val="24"/>
          <w:lang w:val="pt-PT"/>
        </w:rPr>
        <w:t>, e somente em casos em que o candidato considere a necessidade de pedido à Comissão quanto à revisão de sua situação no referido certame.</w:t>
      </w:r>
    </w:p>
    <w:p w14:paraId="358F506B" w14:textId="77777777" w:rsidR="008F76F7" w:rsidRPr="008F76F7" w:rsidRDefault="008F76F7" w:rsidP="008F76F7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560CF7E1" w14:textId="77777777" w:rsidR="008F76F7" w:rsidRPr="008F76F7" w:rsidRDefault="008F76F7" w:rsidP="008F76F7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tbl>
      <w:tblPr>
        <w:tblW w:w="949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5"/>
        <w:gridCol w:w="6283"/>
      </w:tblGrid>
      <w:tr w:rsidR="008F76F7" w:rsidRPr="008F76F7" w14:paraId="199FC726" w14:textId="77777777" w:rsidTr="008F76F7">
        <w:trPr>
          <w:trHeight w:val="424"/>
        </w:trPr>
        <w:tc>
          <w:tcPr>
            <w:tcW w:w="3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E58DD" w14:textId="77777777" w:rsidR="008F76F7" w:rsidRPr="008F76F7" w:rsidRDefault="008F76F7" w:rsidP="00B33C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8F76F7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Número de Inscrição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4063A" w14:textId="77777777" w:rsidR="008F76F7" w:rsidRPr="008F76F7" w:rsidRDefault="008F76F7" w:rsidP="00B33C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8F76F7" w:rsidRPr="008F76F7" w14:paraId="657066AD" w14:textId="77777777" w:rsidTr="008F76F7">
        <w:trPr>
          <w:trHeight w:val="426"/>
        </w:trPr>
        <w:tc>
          <w:tcPr>
            <w:tcW w:w="3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7BBBF" w14:textId="77777777" w:rsidR="008F76F7" w:rsidRPr="008F76F7" w:rsidRDefault="008F76F7" w:rsidP="00B33C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8F76F7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Nome do proponente: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A580B" w14:textId="77777777" w:rsidR="008F76F7" w:rsidRPr="008F76F7" w:rsidRDefault="008F76F7" w:rsidP="00B33C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8F76F7" w:rsidRPr="008F76F7" w14:paraId="091D045A" w14:textId="77777777" w:rsidTr="008F76F7">
        <w:trPr>
          <w:trHeight w:val="424"/>
        </w:trPr>
        <w:tc>
          <w:tcPr>
            <w:tcW w:w="3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1FDC08" w14:textId="77777777" w:rsidR="008F76F7" w:rsidRPr="008F76F7" w:rsidRDefault="008F76F7" w:rsidP="00B33C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8F76F7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Nome do grupo: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8E8EF" w14:textId="77777777" w:rsidR="008F76F7" w:rsidRPr="008F76F7" w:rsidRDefault="008F76F7" w:rsidP="00B33C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8F76F7" w:rsidRPr="008F76F7" w14:paraId="141122AB" w14:textId="77777777" w:rsidTr="008F76F7">
        <w:trPr>
          <w:trHeight w:val="424"/>
        </w:trPr>
        <w:tc>
          <w:tcPr>
            <w:tcW w:w="3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3C96FC" w14:textId="77777777" w:rsidR="008F76F7" w:rsidRPr="008F76F7" w:rsidRDefault="008F76F7" w:rsidP="00B33C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8F76F7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Categoria: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9146A" w14:textId="77777777" w:rsidR="008F76F7" w:rsidRPr="008F76F7" w:rsidRDefault="008F76F7" w:rsidP="00B33C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8F76F7" w:rsidRPr="008F76F7" w14:paraId="5EAA4247" w14:textId="77777777" w:rsidTr="008F76F7">
        <w:trPr>
          <w:trHeight w:val="424"/>
        </w:trPr>
        <w:tc>
          <w:tcPr>
            <w:tcW w:w="3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6BACC5" w14:textId="77777777" w:rsidR="008F76F7" w:rsidRPr="008F76F7" w:rsidRDefault="008F76F7" w:rsidP="00B33C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8F76F7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Telefone de contato: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FF9AD" w14:textId="77777777" w:rsidR="008F76F7" w:rsidRPr="008F76F7" w:rsidRDefault="008F76F7" w:rsidP="00B33C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8F76F7" w:rsidRPr="008F76F7" w14:paraId="30B3E1C6" w14:textId="77777777" w:rsidTr="008F76F7">
        <w:trPr>
          <w:trHeight w:val="424"/>
        </w:trPr>
        <w:tc>
          <w:tcPr>
            <w:tcW w:w="3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D954E" w14:textId="77777777" w:rsidR="008F76F7" w:rsidRPr="008F76F7" w:rsidRDefault="008F76F7" w:rsidP="00B33C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8F76F7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E-mail:</w:t>
            </w:r>
          </w:p>
        </w:tc>
        <w:tc>
          <w:tcPr>
            <w:tcW w:w="6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5A050" w14:textId="77777777" w:rsidR="008F76F7" w:rsidRPr="008F76F7" w:rsidRDefault="008F76F7" w:rsidP="00B33CF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</w:tbl>
    <w:p w14:paraId="3570D507" w14:textId="77777777" w:rsidR="008F76F7" w:rsidRDefault="008F76F7" w:rsidP="008F76F7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tbl>
      <w:tblPr>
        <w:tblStyle w:val="Tabelacomgrade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8F76F7" w14:paraId="05D76F30" w14:textId="77777777" w:rsidTr="008F76F7">
        <w:tc>
          <w:tcPr>
            <w:tcW w:w="9493" w:type="dxa"/>
          </w:tcPr>
          <w:p w14:paraId="41A67DFF" w14:textId="77777777" w:rsidR="008F76F7" w:rsidRPr="008F76F7" w:rsidRDefault="008F76F7" w:rsidP="008F76F7">
            <w:pPr>
              <w:spacing w:before="106"/>
              <w:ind w:left="813"/>
              <w:rPr>
                <w:rFonts w:ascii="Times New Roman" w:hAnsi="Times New Roman" w:cs="Times New Roman"/>
                <w:b/>
                <w:sz w:val="24"/>
              </w:rPr>
            </w:pPr>
            <w:r w:rsidRPr="008F76F7">
              <w:rPr>
                <w:rFonts w:ascii="Times New Roman" w:hAnsi="Times New Roman" w:cs="Times New Roman"/>
                <w:b/>
                <w:sz w:val="24"/>
              </w:rPr>
              <w:t>Justificativa</w:t>
            </w:r>
            <w:r w:rsidRPr="008F76F7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F76F7">
              <w:rPr>
                <w:rFonts w:ascii="Times New Roman" w:hAnsi="Times New Roman" w:cs="Times New Roman"/>
                <w:b/>
                <w:sz w:val="24"/>
              </w:rPr>
              <w:t>(descreva</w:t>
            </w:r>
            <w:r w:rsidRPr="008F76F7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8F76F7">
              <w:rPr>
                <w:rFonts w:ascii="Times New Roman" w:hAnsi="Times New Roman" w:cs="Times New Roman"/>
                <w:b/>
                <w:sz w:val="24"/>
              </w:rPr>
              <w:t>de</w:t>
            </w:r>
            <w:r w:rsidRPr="008F76F7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r w:rsidRPr="008F76F7">
              <w:rPr>
                <w:rFonts w:ascii="Times New Roman" w:hAnsi="Times New Roman" w:cs="Times New Roman"/>
                <w:b/>
                <w:sz w:val="24"/>
              </w:rPr>
              <w:t>forma</w:t>
            </w:r>
            <w:r w:rsidRPr="008F76F7">
              <w:rPr>
                <w:rFonts w:ascii="Times New Roman" w:hAnsi="Times New Roman" w:cs="Times New Roman"/>
                <w:b/>
                <w:spacing w:val="-2"/>
                <w:sz w:val="24"/>
              </w:rPr>
              <w:t xml:space="preserve"> </w:t>
            </w:r>
            <w:r w:rsidRPr="008F76F7">
              <w:rPr>
                <w:rFonts w:ascii="Times New Roman" w:hAnsi="Times New Roman" w:cs="Times New Roman"/>
                <w:b/>
                <w:sz w:val="24"/>
              </w:rPr>
              <w:t>objetiva</w:t>
            </w:r>
            <w:r w:rsidRPr="008F76F7">
              <w:rPr>
                <w:rFonts w:ascii="Times New Roman" w:hAnsi="Times New Roman" w:cs="Times New Roman"/>
                <w:b/>
                <w:spacing w:val="-6"/>
                <w:sz w:val="24"/>
              </w:rPr>
              <w:t xml:space="preserve"> </w:t>
            </w:r>
            <w:r w:rsidRPr="008F76F7">
              <w:rPr>
                <w:rFonts w:ascii="Times New Roman" w:hAnsi="Times New Roman" w:cs="Times New Roman"/>
                <w:b/>
                <w:sz w:val="24"/>
              </w:rPr>
              <w:t>o</w:t>
            </w:r>
            <w:r w:rsidRPr="008F76F7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proofErr w:type="spellStart"/>
            <w:r w:rsidRPr="008F76F7">
              <w:rPr>
                <w:rFonts w:ascii="Times New Roman" w:hAnsi="Times New Roman" w:cs="Times New Roman"/>
                <w:b/>
                <w:sz w:val="24"/>
              </w:rPr>
              <w:t>motivo</w:t>
            </w:r>
            <w:proofErr w:type="spellEnd"/>
            <w:r w:rsidRPr="008F76F7">
              <w:rPr>
                <w:rFonts w:ascii="Times New Roman" w:hAnsi="Times New Roman" w:cs="Times New Roman"/>
                <w:b/>
                <w:spacing w:val="-1"/>
                <w:sz w:val="24"/>
              </w:rPr>
              <w:t xml:space="preserve"> </w:t>
            </w:r>
            <w:r w:rsidRPr="008F76F7">
              <w:rPr>
                <w:rFonts w:ascii="Times New Roman" w:hAnsi="Times New Roman" w:cs="Times New Roman"/>
                <w:b/>
                <w:sz w:val="24"/>
              </w:rPr>
              <w:t>do</w:t>
            </w:r>
            <w:r w:rsidRPr="008F76F7">
              <w:rPr>
                <w:rFonts w:ascii="Times New Roman" w:hAnsi="Times New Roman" w:cs="Times New Roman"/>
                <w:b/>
                <w:spacing w:val="-4"/>
                <w:sz w:val="24"/>
              </w:rPr>
              <w:t xml:space="preserve"> </w:t>
            </w:r>
            <w:proofErr w:type="spellStart"/>
            <w:r w:rsidRPr="008F76F7">
              <w:rPr>
                <w:rFonts w:ascii="Times New Roman" w:hAnsi="Times New Roman" w:cs="Times New Roman"/>
                <w:b/>
                <w:sz w:val="24"/>
              </w:rPr>
              <w:t>pedido</w:t>
            </w:r>
            <w:proofErr w:type="spellEnd"/>
            <w:r w:rsidRPr="008F76F7">
              <w:rPr>
                <w:rFonts w:ascii="Times New Roman" w:hAnsi="Times New Roman" w:cs="Times New Roman"/>
                <w:b/>
                <w:spacing w:val="-3"/>
                <w:sz w:val="24"/>
              </w:rPr>
              <w:t xml:space="preserve"> </w:t>
            </w:r>
            <w:r w:rsidRPr="008F76F7">
              <w:rPr>
                <w:rFonts w:ascii="Times New Roman" w:hAnsi="Times New Roman" w:cs="Times New Roman"/>
                <w:b/>
                <w:sz w:val="24"/>
              </w:rPr>
              <w:t>de</w:t>
            </w:r>
            <w:r w:rsidRPr="008F76F7">
              <w:rPr>
                <w:rFonts w:ascii="Times New Roman" w:hAnsi="Times New Roman" w:cs="Times New Roman"/>
                <w:b/>
                <w:spacing w:val="-5"/>
                <w:sz w:val="24"/>
              </w:rPr>
              <w:t xml:space="preserve"> </w:t>
            </w:r>
            <w:proofErr w:type="spellStart"/>
            <w:r w:rsidRPr="008F76F7">
              <w:rPr>
                <w:rFonts w:ascii="Times New Roman" w:hAnsi="Times New Roman" w:cs="Times New Roman"/>
                <w:b/>
                <w:spacing w:val="-2"/>
                <w:sz w:val="24"/>
              </w:rPr>
              <w:t>recurso</w:t>
            </w:r>
            <w:proofErr w:type="spellEnd"/>
            <w:r w:rsidRPr="008F76F7">
              <w:rPr>
                <w:rFonts w:ascii="Times New Roman" w:hAnsi="Times New Roman" w:cs="Times New Roman"/>
                <w:b/>
                <w:spacing w:val="-2"/>
                <w:sz w:val="24"/>
              </w:rPr>
              <w:t>)</w:t>
            </w:r>
          </w:p>
          <w:p w14:paraId="59EA1FEB" w14:textId="77777777" w:rsidR="008F76F7" w:rsidRDefault="008F76F7" w:rsidP="008F76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  <w:tr w:rsidR="008F76F7" w14:paraId="5A6071E9" w14:textId="77777777" w:rsidTr="008F76F7">
        <w:tc>
          <w:tcPr>
            <w:tcW w:w="9493" w:type="dxa"/>
          </w:tcPr>
          <w:p w14:paraId="34D13EBC" w14:textId="77777777" w:rsidR="008F76F7" w:rsidRDefault="008F76F7" w:rsidP="008F76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</w:tbl>
    <w:p w14:paraId="7FE9320E" w14:textId="4F2B28EB" w:rsidR="008F76F7" w:rsidRPr="008F76F7" w:rsidRDefault="008F76F7" w:rsidP="008F76F7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30324E14" w14:textId="77777777" w:rsidR="008F76F7" w:rsidRPr="008F76F7" w:rsidRDefault="008F76F7" w:rsidP="008F76F7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14EA2D02" w14:textId="3BA318C1" w:rsidR="008F76F7" w:rsidRPr="008F76F7" w:rsidRDefault="008F76F7" w:rsidP="008F76F7">
      <w:pPr>
        <w:spacing w:after="0"/>
        <w:jc w:val="right"/>
        <w:rPr>
          <w:rFonts w:ascii="Times New Roman" w:hAnsi="Times New Roman" w:cs="Times New Roman"/>
          <w:sz w:val="24"/>
          <w:szCs w:val="24"/>
          <w:lang w:val="pt-PT"/>
        </w:rPr>
      </w:pPr>
      <w:r w:rsidRPr="008F76F7">
        <w:rPr>
          <w:rFonts w:ascii="Times New Roman" w:hAnsi="Times New Roman" w:cs="Times New Roman"/>
          <w:sz w:val="24"/>
          <w:szCs w:val="24"/>
          <w:lang w:val="pt-PT"/>
        </w:rPr>
        <w:t>Serra Talhada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-pe, XX </w:t>
      </w:r>
      <w:r w:rsidRPr="008F76F7">
        <w:rPr>
          <w:rFonts w:ascii="Times New Roman" w:hAnsi="Times New Roman" w:cs="Times New Roman"/>
          <w:sz w:val="24"/>
          <w:szCs w:val="24"/>
          <w:lang w:val="pt-PT"/>
        </w:rPr>
        <w:t>de</w:t>
      </w:r>
      <w:r>
        <w:rPr>
          <w:rFonts w:ascii="Times New Roman" w:hAnsi="Times New Roman" w:cs="Times New Roman"/>
          <w:sz w:val="24"/>
          <w:szCs w:val="24"/>
          <w:lang w:val="pt-PT"/>
        </w:rPr>
        <w:t xml:space="preserve"> XXX </w:t>
      </w:r>
      <w:r w:rsidRPr="008F76F7">
        <w:rPr>
          <w:rFonts w:ascii="Times New Roman" w:hAnsi="Times New Roman" w:cs="Times New Roman"/>
          <w:b/>
          <w:sz w:val="24"/>
          <w:szCs w:val="24"/>
          <w:lang w:val="pt-PT"/>
        </w:rPr>
        <w:t>de 2026.</w:t>
      </w:r>
    </w:p>
    <w:p w14:paraId="76CD7419" w14:textId="77777777" w:rsidR="008F76F7" w:rsidRPr="008F76F7" w:rsidRDefault="008F76F7" w:rsidP="008F76F7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42EBE322" w14:textId="77777777" w:rsidR="008F76F7" w:rsidRPr="008F76F7" w:rsidRDefault="008F76F7" w:rsidP="008F76F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8F76F7">
        <w:rPr>
          <w:rFonts w:ascii="Times New Roman" w:hAnsi="Times New Roman" w:cs="Times New Roman"/>
          <w:sz w:val="24"/>
          <w:szCs w:val="24"/>
          <w:lang w:val="pt-PT"/>
        </w:rPr>
        <w:t>[Nome e assinatura do representante do grupo (Pessoa Física) ]</w:t>
      </w:r>
    </w:p>
    <w:p w14:paraId="6E757986" w14:textId="77777777" w:rsidR="008F76F7" w:rsidRPr="008F76F7" w:rsidRDefault="008F76F7" w:rsidP="008F76F7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2BC3F248" w14:textId="77777777" w:rsidR="008F76F7" w:rsidRPr="008F76F7" w:rsidRDefault="008F76F7" w:rsidP="008F76F7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17327D84" w14:textId="77777777" w:rsidR="008F76F7" w:rsidRPr="008F76F7" w:rsidRDefault="008F76F7" w:rsidP="008F76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F76F7">
        <w:rPr>
          <w:rFonts w:ascii="Times New Roman" w:hAnsi="Times New Roman" w:cs="Times New Roman"/>
          <w:b/>
          <w:sz w:val="24"/>
          <w:szCs w:val="24"/>
          <w:lang w:val="pt-PT"/>
        </w:rPr>
        <w:t>Obs: este anexo não será aceito com assinatura colada</w:t>
      </w:r>
    </w:p>
    <w:p w14:paraId="3EAE8BB2" w14:textId="23484EA7" w:rsidR="007169E3" w:rsidRPr="008F76F7" w:rsidRDefault="007169E3" w:rsidP="008F76F7">
      <w:pPr>
        <w:rPr>
          <w:rFonts w:ascii="Times New Roman" w:hAnsi="Times New Roman" w:cs="Times New Roman"/>
          <w:sz w:val="24"/>
          <w:szCs w:val="24"/>
        </w:rPr>
      </w:pPr>
    </w:p>
    <w:sectPr w:rsidR="007169E3" w:rsidRPr="008F76F7" w:rsidSect="0084769E">
      <w:headerReference w:type="default" r:id="rId8"/>
      <w:pgSz w:w="12240" w:h="15840"/>
      <w:pgMar w:top="170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798EB" w14:textId="77777777" w:rsidR="009A0521" w:rsidRDefault="009A0521" w:rsidP="00A00541">
      <w:pPr>
        <w:spacing w:after="0" w:line="240" w:lineRule="auto"/>
      </w:pPr>
      <w:r>
        <w:separator/>
      </w:r>
    </w:p>
  </w:endnote>
  <w:endnote w:type="continuationSeparator" w:id="0">
    <w:p w14:paraId="408FAA5A" w14:textId="77777777" w:rsidR="009A0521" w:rsidRDefault="009A0521" w:rsidP="00A00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4B7A6" w14:textId="77777777" w:rsidR="009A0521" w:rsidRDefault="009A0521" w:rsidP="00A00541">
      <w:pPr>
        <w:spacing w:after="0" w:line="240" w:lineRule="auto"/>
      </w:pPr>
      <w:r>
        <w:separator/>
      </w:r>
    </w:p>
  </w:footnote>
  <w:footnote w:type="continuationSeparator" w:id="0">
    <w:p w14:paraId="6EFC928F" w14:textId="77777777" w:rsidR="009A0521" w:rsidRDefault="009A0521" w:rsidP="00A005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B1C3F" w14:textId="19A55D37" w:rsidR="00A00541" w:rsidRDefault="00A00541" w:rsidP="00A00541">
    <w:pPr>
      <w:pStyle w:val="Cabealho"/>
      <w:tabs>
        <w:tab w:val="clear" w:pos="4680"/>
        <w:tab w:val="clear" w:pos="9360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77F5C8D7" wp14:editId="098CB22B">
          <wp:simplePos x="0" y="0"/>
          <wp:positionH relativeFrom="page">
            <wp:posOffset>28575</wp:posOffset>
          </wp:positionH>
          <wp:positionV relativeFrom="paragraph">
            <wp:posOffset>-476250</wp:posOffset>
          </wp:positionV>
          <wp:extent cx="7743825" cy="10090578"/>
          <wp:effectExtent l="0" t="0" r="0" b="6350"/>
          <wp:wrapNone/>
          <wp:docPr id="2143739740" name="Imagem 21437397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UNDAÇÃO CULTUR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655" cy="101138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B73A47"/>
    <w:multiLevelType w:val="multilevel"/>
    <w:tmpl w:val="C4F0D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C3256A"/>
    <w:multiLevelType w:val="hybridMultilevel"/>
    <w:tmpl w:val="5C6AA7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01C50"/>
    <w:multiLevelType w:val="hybridMultilevel"/>
    <w:tmpl w:val="AF2225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180B76"/>
    <w:multiLevelType w:val="multilevel"/>
    <w:tmpl w:val="CE38C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BA7FA8"/>
    <w:multiLevelType w:val="hybridMultilevel"/>
    <w:tmpl w:val="E7A41E6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01983">
    <w:abstractNumId w:val="8"/>
  </w:num>
  <w:num w:numId="2" w16cid:durableId="999847205">
    <w:abstractNumId w:val="6"/>
  </w:num>
  <w:num w:numId="3" w16cid:durableId="1884247249">
    <w:abstractNumId w:val="5"/>
  </w:num>
  <w:num w:numId="4" w16cid:durableId="785853187">
    <w:abstractNumId w:val="4"/>
  </w:num>
  <w:num w:numId="5" w16cid:durableId="1407606214">
    <w:abstractNumId w:val="7"/>
  </w:num>
  <w:num w:numId="6" w16cid:durableId="1188107590">
    <w:abstractNumId w:val="3"/>
  </w:num>
  <w:num w:numId="7" w16cid:durableId="973869387">
    <w:abstractNumId w:val="2"/>
  </w:num>
  <w:num w:numId="8" w16cid:durableId="993291967">
    <w:abstractNumId w:val="1"/>
  </w:num>
  <w:num w:numId="9" w16cid:durableId="430515716">
    <w:abstractNumId w:val="0"/>
  </w:num>
  <w:num w:numId="10" w16cid:durableId="862205534">
    <w:abstractNumId w:val="13"/>
  </w:num>
  <w:num w:numId="11" w16cid:durableId="908269134">
    <w:abstractNumId w:val="11"/>
  </w:num>
  <w:num w:numId="12" w16cid:durableId="1393233862">
    <w:abstractNumId w:val="10"/>
  </w:num>
  <w:num w:numId="13" w16cid:durableId="1170220693">
    <w:abstractNumId w:val="9"/>
  </w:num>
  <w:num w:numId="14" w16cid:durableId="10303729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5D76"/>
    <w:rsid w:val="0015074B"/>
    <w:rsid w:val="0016570D"/>
    <w:rsid w:val="001E2BB8"/>
    <w:rsid w:val="001F440A"/>
    <w:rsid w:val="00255740"/>
    <w:rsid w:val="002852C8"/>
    <w:rsid w:val="0029639D"/>
    <w:rsid w:val="00326F90"/>
    <w:rsid w:val="00391D2B"/>
    <w:rsid w:val="00556C17"/>
    <w:rsid w:val="00626354"/>
    <w:rsid w:val="006657D0"/>
    <w:rsid w:val="007169E3"/>
    <w:rsid w:val="00740F9D"/>
    <w:rsid w:val="00746617"/>
    <w:rsid w:val="0084769E"/>
    <w:rsid w:val="008F76F7"/>
    <w:rsid w:val="00943779"/>
    <w:rsid w:val="00995C0F"/>
    <w:rsid w:val="009A0521"/>
    <w:rsid w:val="00A00541"/>
    <w:rsid w:val="00A15DCC"/>
    <w:rsid w:val="00A24740"/>
    <w:rsid w:val="00A6332B"/>
    <w:rsid w:val="00A65983"/>
    <w:rsid w:val="00A73240"/>
    <w:rsid w:val="00AA1D8D"/>
    <w:rsid w:val="00B47730"/>
    <w:rsid w:val="00C557A3"/>
    <w:rsid w:val="00CB0664"/>
    <w:rsid w:val="00D3497F"/>
    <w:rsid w:val="00E03FC5"/>
    <w:rsid w:val="00E53B00"/>
    <w:rsid w:val="00E87AF9"/>
    <w:rsid w:val="00F602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2A2BDC"/>
  <w14:defaultImageDpi w14:val="300"/>
  <w15:docId w15:val="{45AE01C8-61E2-47DD-BE86-AC4FA208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740F9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0F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87AF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586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Fundação Cultural-2</cp:lastModifiedBy>
  <cp:revision>2</cp:revision>
  <dcterms:created xsi:type="dcterms:W3CDTF">2026-04-28T17:07:00Z</dcterms:created>
  <dcterms:modified xsi:type="dcterms:W3CDTF">2026-04-28T17:07:00Z</dcterms:modified>
  <cp:category/>
</cp:coreProperties>
</file>