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82279" w14:textId="77777777" w:rsidR="006657D0" w:rsidRDefault="006657D0" w:rsidP="006657D0">
      <w:pPr>
        <w:spacing w:after="0"/>
        <w:jc w:val="both"/>
        <w:rPr>
          <w:rFonts w:ascii="Times New Roman" w:hAnsi="Times New Roman" w:cs="Times New Roman"/>
          <w:b/>
          <w:lang w:val="pt-PT"/>
        </w:rPr>
      </w:pPr>
    </w:p>
    <w:p w14:paraId="0394BA29" w14:textId="77777777" w:rsidR="00DC217A" w:rsidRDefault="00DC217A" w:rsidP="00255740">
      <w:pPr>
        <w:spacing w:after="0"/>
        <w:jc w:val="center"/>
        <w:rPr>
          <w:rFonts w:ascii="Times New Roman" w:hAnsi="Times New Roman" w:cs="Times New Roman"/>
          <w:b/>
          <w:lang w:val="pt-PT"/>
        </w:rPr>
      </w:pPr>
    </w:p>
    <w:p w14:paraId="6CE90A3C" w14:textId="6EF9E360" w:rsidR="006657D0" w:rsidRPr="006657D0" w:rsidRDefault="006657D0" w:rsidP="00255740">
      <w:pPr>
        <w:spacing w:after="0"/>
        <w:jc w:val="center"/>
        <w:rPr>
          <w:rFonts w:ascii="Times New Roman" w:hAnsi="Times New Roman" w:cs="Times New Roman"/>
          <w:b/>
          <w:lang w:val="pt-PT"/>
        </w:rPr>
      </w:pPr>
      <w:r w:rsidRPr="006657D0">
        <w:rPr>
          <w:rFonts w:ascii="Times New Roman" w:hAnsi="Times New Roman" w:cs="Times New Roman"/>
          <w:b/>
          <w:lang w:val="pt-PT"/>
        </w:rPr>
        <w:t>EDITAL Nº 003/2026  APOIO AS QUADRILHAS JUNINAS</w:t>
      </w:r>
    </w:p>
    <w:p w14:paraId="433AA146" w14:textId="77777777" w:rsidR="006657D0" w:rsidRPr="006657D0" w:rsidRDefault="006657D0" w:rsidP="00255740">
      <w:pPr>
        <w:spacing w:after="0"/>
        <w:jc w:val="center"/>
        <w:rPr>
          <w:rFonts w:ascii="Times New Roman" w:hAnsi="Times New Roman" w:cs="Times New Roman"/>
          <w:b/>
          <w:lang w:val="pt-PT"/>
        </w:rPr>
      </w:pPr>
    </w:p>
    <w:p w14:paraId="3B49CF79" w14:textId="57D345B3" w:rsidR="006657D0" w:rsidRDefault="006657D0" w:rsidP="00255740">
      <w:pPr>
        <w:spacing w:after="0"/>
        <w:jc w:val="center"/>
        <w:rPr>
          <w:rFonts w:ascii="Times New Roman" w:hAnsi="Times New Roman" w:cs="Times New Roman"/>
          <w:b/>
          <w:bCs/>
          <w:lang w:val="pt-PT"/>
        </w:rPr>
      </w:pPr>
      <w:r w:rsidRPr="006657D0">
        <w:rPr>
          <w:rFonts w:ascii="Times New Roman" w:hAnsi="Times New Roman" w:cs="Times New Roman"/>
          <w:b/>
          <w:bCs/>
          <w:lang w:val="pt-PT"/>
        </w:rPr>
        <w:t>ANEXO III - PLANO DE TRABALHO</w:t>
      </w:r>
    </w:p>
    <w:p w14:paraId="250C18A0" w14:textId="77777777" w:rsidR="00255740" w:rsidRDefault="00255740" w:rsidP="00255740">
      <w:pPr>
        <w:spacing w:after="0"/>
        <w:jc w:val="center"/>
        <w:rPr>
          <w:rFonts w:ascii="Times New Roman" w:hAnsi="Times New Roman" w:cs="Times New Roman"/>
          <w:b/>
          <w:bCs/>
          <w:lang w:val="pt-PT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430"/>
        <w:gridCol w:w="4398"/>
      </w:tblGrid>
      <w:tr w:rsidR="00255740" w14:paraId="0323C829" w14:textId="77777777" w:rsidTr="0084769E">
        <w:tc>
          <w:tcPr>
            <w:tcW w:w="8828" w:type="dxa"/>
            <w:gridSpan w:val="2"/>
            <w:shd w:val="clear" w:color="auto" w:fill="D9D9D9" w:themeFill="background1" w:themeFillShade="D9"/>
          </w:tcPr>
          <w:p w14:paraId="39EAE36E" w14:textId="67573600" w:rsidR="00255740" w:rsidRDefault="00255740" w:rsidP="00255740">
            <w:pPr>
              <w:jc w:val="center"/>
              <w:rPr>
                <w:rFonts w:ascii="Times New Roman" w:hAnsi="Times New Roman" w:cs="Times New Roman"/>
                <w:b/>
                <w:bCs/>
                <w:lang w:val="pt-PT"/>
              </w:rPr>
            </w:pPr>
            <w:r>
              <w:rPr>
                <w:rFonts w:ascii="Times New Roman" w:hAnsi="Times New Roman" w:cs="Times New Roman"/>
                <w:b/>
                <w:bCs/>
                <w:lang w:val="pt-PT"/>
              </w:rPr>
              <w:t>NOME DA QUADRILHA</w:t>
            </w:r>
          </w:p>
        </w:tc>
      </w:tr>
      <w:tr w:rsidR="00255740" w14:paraId="05E9E307" w14:textId="77777777" w:rsidTr="0084769E">
        <w:tc>
          <w:tcPr>
            <w:tcW w:w="8828" w:type="dxa"/>
            <w:gridSpan w:val="2"/>
          </w:tcPr>
          <w:p w14:paraId="76C5B211" w14:textId="77777777" w:rsidR="00255740" w:rsidRDefault="00255740" w:rsidP="00255740">
            <w:pPr>
              <w:jc w:val="center"/>
              <w:rPr>
                <w:rFonts w:ascii="Times New Roman" w:hAnsi="Times New Roman" w:cs="Times New Roman"/>
                <w:b/>
                <w:bCs/>
                <w:lang w:val="pt-PT"/>
              </w:rPr>
            </w:pPr>
          </w:p>
          <w:p w14:paraId="38934C7B" w14:textId="77777777" w:rsidR="00255740" w:rsidRDefault="00255740" w:rsidP="00255740">
            <w:pPr>
              <w:jc w:val="center"/>
              <w:rPr>
                <w:rFonts w:ascii="Times New Roman" w:hAnsi="Times New Roman" w:cs="Times New Roman"/>
                <w:b/>
                <w:bCs/>
                <w:lang w:val="pt-PT"/>
              </w:rPr>
            </w:pPr>
          </w:p>
        </w:tc>
      </w:tr>
      <w:tr w:rsidR="00255740" w14:paraId="3A141CD2" w14:textId="77777777" w:rsidTr="0084769E">
        <w:tc>
          <w:tcPr>
            <w:tcW w:w="8828" w:type="dxa"/>
            <w:gridSpan w:val="2"/>
            <w:shd w:val="clear" w:color="auto" w:fill="D9D9D9" w:themeFill="background1" w:themeFillShade="D9"/>
          </w:tcPr>
          <w:p w14:paraId="6E6BD696" w14:textId="5FAA4F1E" w:rsidR="00255740" w:rsidRDefault="00255740" w:rsidP="00255740">
            <w:pPr>
              <w:jc w:val="center"/>
              <w:rPr>
                <w:rFonts w:ascii="Times New Roman" w:hAnsi="Times New Roman" w:cs="Times New Roman"/>
                <w:b/>
                <w:bCs/>
                <w:lang w:val="pt-PT"/>
              </w:rPr>
            </w:pPr>
            <w:r>
              <w:rPr>
                <w:rFonts w:ascii="Times New Roman" w:hAnsi="Times New Roman" w:cs="Times New Roman"/>
                <w:b/>
                <w:bCs/>
                <w:lang w:val="pt-PT"/>
              </w:rPr>
              <w:t>NOME DO RESPONSÁVEL</w:t>
            </w:r>
          </w:p>
        </w:tc>
      </w:tr>
      <w:tr w:rsidR="00255740" w14:paraId="08BAC7F8" w14:textId="77777777" w:rsidTr="0084769E">
        <w:tc>
          <w:tcPr>
            <w:tcW w:w="8828" w:type="dxa"/>
            <w:gridSpan w:val="2"/>
          </w:tcPr>
          <w:p w14:paraId="3F5A795F" w14:textId="77777777" w:rsidR="00255740" w:rsidRDefault="00255740" w:rsidP="00255740">
            <w:pPr>
              <w:jc w:val="center"/>
              <w:rPr>
                <w:rFonts w:ascii="Times New Roman" w:hAnsi="Times New Roman" w:cs="Times New Roman"/>
                <w:b/>
                <w:bCs/>
                <w:lang w:val="pt-PT"/>
              </w:rPr>
            </w:pPr>
          </w:p>
          <w:p w14:paraId="2E7990F5" w14:textId="77777777" w:rsidR="00255740" w:rsidRDefault="00255740" w:rsidP="00255740">
            <w:pPr>
              <w:jc w:val="center"/>
              <w:rPr>
                <w:rFonts w:ascii="Times New Roman" w:hAnsi="Times New Roman" w:cs="Times New Roman"/>
                <w:b/>
                <w:bCs/>
                <w:lang w:val="pt-PT"/>
              </w:rPr>
            </w:pPr>
          </w:p>
        </w:tc>
      </w:tr>
      <w:tr w:rsidR="00255740" w14:paraId="7767342E" w14:textId="77777777" w:rsidTr="0084769E">
        <w:tc>
          <w:tcPr>
            <w:tcW w:w="4430" w:type="dxa"/>
          </w:tcPr>
          <w:p w14:paraId="51CB9E19" w14:textId="77777777" w:rsidR="00255740" w:rsidRDefault="00255740" w:rsidP="00255740">
            <w:pPr>
              <w:jc w:val="both"/>
              <w:rPr>
                <w:rFonts w:ascii="Times New Roman" w:hAnsi="Times New Roman" w:cs="Times New Roman"/>
                <w:b/>
                <w:bCs/>
                <w:lang w:val="pt-PT"/>
              </w:rPr>
            </w:pPr>
            <w:r>
              <w:rPr>
                <w:rFonts w:ascii="Times New Roman" w:hAnsi="Times New Roman" w:cs="Times New Roman"/>
                <w:b/>
                <w:bCs/>
                <w:lang w:val="pt-PT"/>
              </w:rPr>
              <w:t>RG/ORGÃO EXPEDIDOR:</w:t>
            </w:r>
          </w:p>
          <w:p w14:paraId="1E653AC5" w14:textId="6053B607" w:rsidR="00A73240" w:rsidRDefault="00A73240" w:rsidP="00255740">
            <w:pPr>
              <w:jc w:val="both"/>
              <w:rPr>
                <w:rFonts w:ascii="Times New Roman" w:hAnsi="Times New Roman" w:cs="Times New Roman"/>
                <w:b/>
                <w:bCs/>
                <w:lang w:val="pt-PT"/>
              </w:rPr>
            </w:pPr>
          </w:p>
        </w:tc>
        <w:tc>
          <w:tcPr>
            <w:tcW w:w="4398" w:type="dxa"/>
          </w:tcPr>
          <w:p w14:paraId="1FC5840A" w14:textId="7BCA6F56" w:rsidR="00255740" w:rsidRDefault="00255740" w:rsidP="00255740">
            <w:pPr>
              <w:jc w:val="both"/>
              <w:rPr>
                <w:rFonts w:ascii="Times New Roman" w:hAnsi="Times New Roman" w:cs="Times New Roman"/>
                <w:b/>
                <w:bCs/>
                <w:lang w:val="pt-PT"/>
              </w:rPr>
            </w:pPr>
            <w:r>
              <w:rPr>
                <w:rFonts w:ascii="Times New Roman" w:hAnsi="Times New Roman" w:cs="Times New Roman"/>
                <w:b/>
                <w:bCs/>
                <w:lang w:val="pt-PT"/>
              </w:rPr>
              <w:t>CPF:</w:t>
            </w:r>
          </w:p>
        </w:tc>
      </w:tr>
      <w:tr w:rsidR="00255740" w14:paraId="7842CD67" w14:textId="77777777" w:rsidTr="0084769E">
        <w:tc>
          <w:tcPr>
            <w:tcW w:w="8828" w:type="dxa"/>
            <w:gridSpan w:val="2"/>
            <w:shd w:val="clear" w:color="auto" w:fill="D9D9D9" w:themeFill="background1" w:themeFillShade="D9"/>
          </w:tcPr>
          <w:p w14:paraId="57D3ED48" w14:textId="5236CF4C" w:rsidR="00255740" w:rsidRDefault="00255740" w:rsidP="00255740">
            <w:pPr>
              <w:jc w:val="center"/>
              <w:rPr>
                <w:rFonts w:ascii="Times New Roman" w:hAnsi="Times New Roman" w:cs="Times New Roman"/>
                <w:b/>
                <w:bCs/>
                <w:lang w:val="pt-PT"/>
              </w:rPr>
            </w:pPr>
            <w:r>
              <w:rPr>
                <w:rFonts w:ascii="Times New Roman" w:hAnsi="Times New Roman" w:cs="Times New Roman"/>
                <w:b/>
                <w:bCs/>
                <w:lang w:val="pt-PT"/>
              </w:rPr>
              <w:t>HISÓRICO DA ATIVIDA</w:t>
            </w:r>
            <w:r w:rsidR="00A73240">
              <w:rPr>
                <w:rFonts w:ascii="Times New Roman" w:hAnsi="Times New Roman" w:cs="Times New Roman"/>
                <w:b/>
                <w:bCs/>
                <w:lang w:val="pt-PT"/>
              </w:rPr>
              <w:t>DE</w:t>
            </w:r>
          </w:p>
        </w:tc>
      </w:tr>
      <w:tr w:rsidR="00255740" w14:paraId="76289498" w14:textId="77777777" w:rsidTr="0084769E">
        <w:trPr>
          <w:trHeight w:val="722"/>
        </w:trPr>
        <w:tc>
          <w:tcPr>
            <w:tcW w:w="8828" w:type="dxa"/>
            <w:gridSpan w:val="2"/>
          </w:tcPr>
          <w:p w14:paraId="494B709A" w14:textId="77777777" w:rsidR="00255740" w:rsidRDefault="00255740" w:rsidP="00255740">
            <w:pPr>
              <w:jc w:val="center"/>
              <w:rPr>
                <w:rFonts w:ascii="Times New Roman" w:hAnsi="Times New Roman" w:cs="Times New Roman"/>
                <w:b/>
                <w:bCs/>
                <w:lang w:val="pt-PT"/>
              </w:rPr>
            </w:pPr>
          </w:p>
          <w:p w14:paraId="45C3733C" w14:textId="3CEA1AC5" w:rsidR="00255740" w:rsidRPr="00A73240" w:rsidRDefault="00A73240" w:rsidP="00F602FB">
            <w:pPr>
              <w:jc w:val="both"/>
              <w:rPr>
                <w:rFonts w:ascii="Times New Roman" w:hAnsi="Times New Roman" w:cs="Times New Roman"/>
                <w:color w:val="EE0000"/>
                <w:lang w:val="pt-BR"/>
              </w:rPr>
            </w:pPr>
            <w:r w:rsidRPr="00A73240">
              <w:rPr>
                <w:rFonts w:ascii="Times New Roman" w:hAnsi="Times New Roman" w:cs="Times New Roman"/>
                <w:color w:val="EE0000"/>
                <w:lang w:val="pt-BR"/>
              </w:rPr>
              <w:t xml:space="preserve">O que escrever: Ano de fundação, </w:t>
            </w:r>
            <w:r>
              <w:rPr>
                <w:rFonts w:ascii="Times New Roman" w:hAnsi="Times New Roman" w:cs="Times New Roman"/>
                <w:color w:val="EE0000"/>
                <w:lang w:val="pt-BR"/>
              </w:rPr>
              <w:t>títulos conquistados (se houver)</w:t>
            </w:r>
            <w:r w:rsidRPr="00A73240">
              <w:rPr>
                <w:rFonts w:ascii="Times New Roman" w:hAnsi="Times New Roman" w:cs="Times New Roman"/>
                <w:color w:val="EE0000"/>
                <w:lang w:val="pt-BR"/>
              </w:rPr>
              <w:t>, participações em festivais importantes e a relevância da quadrilha para a comunidade local. Dica: Mencione se o grupo realiza ações sociais ou ensaios abertos que movimentam o bairro ao longo do ano</w:t>
            </w:r>
            <w:r>
              <w:rPr>
                <w:rFonts w:ascii="Times New Roman" w:hAnsi="Times New Roman" w:cs="Times New Roman"/>
                <w:color w:val="EE0000"/>
                <w:lang w:val="pt-BR"/>
              </w:rPr>
              <w:t>.</w:t>
            </w:r>
          </w:p>
        </w:tc>
      </w:tr>
      <w:tr w:rsidR="00255740" w14:paraId="5159719C" w14:textId="77777777" w:rsidTr="0084769E">
        <w:tc>
          <w:tcPr>
            <w:tcW w:w="8828" w:type="dxa"/>
            <w:gridSpan w:val="2"/>
            <w:shd w:val="clear" w:color="auto" w:fill="D9D9D9" w:themeFill="background1" w:themeFillShade="D9"/>
          </w:tcPr>
          <w:p w14:paraId="510F41BB" w14:textId="208984DF" w:rsidR="00255740" w:rsidRDefault="00255740" w:rsidP="00255740">
            <w:pPr>
              <w:jc w:val="center"/>
              <w:rPr>
                <w:rFonts w:ascii="Times New Roman" w:hAnsi="Times New Roman" w:cs="Times New Roman"/>
                <w:b/>
                <w:bCs/>
                <w:lang w:val="pt-PT"/>
              </w:rPr>
            </w:pPr>
            <w:r>
              <w:rPr>
                <w:rFonts w:ascii="Times New Roman" w:hAnsi="Times New Roman" w:cs="Times New Roman"/>
                <w:b/>
                <w:bCs/>
                <w:lang w:val="pt-PT"/>
              </w:rPr>
              <w:t>JUSTIFICATIVA DA INSCRIÇÃO</w:t>
            </w:r>
          </w:p>
        </w:tc>
      </w:tr>
      <w:tr w:rsidR="00255740" w14:paraId="0B0CB049" w14:textId="77777777" w:rsidTr="0084769E">
        <w:tc>
          <w:tcPr>
            <w:tcW w:w="8828" w:type="dxa"/>
            <w:gridSpan w:val="2"/>
          </w:tcPr>
          <w:p w14:paraId="1870EF4B" w14:textId="77777777" w:rsidR="00255740" w:rsidRDefault="00255740" w:rsidP="00255740">
            <w:pPr>
              <w:jc w:val="center"/>
              <w:rPr>
                <w:rFonts w:ascii="Times New Roman" w:hAnsi="Times New Roman" w:cs="Times New Roman"/>
                <w:b/>
                <w:bCs/>
                <w:lang w:val="pt-PT"/>
              </w:rPr>
            </w:pPr>
          </w:p>
          <w:p w14:paraId="0D582EEB" w14:textId="3018A7CC" w:rsidR="00255740" w:rsidRPr="00A73240" w:rsidRDefault="00A73240" w:rsidP="00F602FB">
            <w:pPr>
              <w:jc w:val="both"/>
              <w:rPr>
                <w:rFonts w:ascii="Times New Roman" w:hAnsi="Times New Roman" w:cs="Times New Roman"/>
                <w:color w:val="EE0000"/>
                <w:lang w:val="pt-BR"/>
              </w:rPr>
            </w:pPr>
            <w:r w:rsidRPr="00A73240">
              <w:rPr>
                <w:rFonts w:ascii="Times New Roman" w:hAnsi="Times New Roman" w:cs="Times New Roman"/>
                <w:color w:val="EE0000"/>
                <w:lang w:val="pt-BR"/>
              </w:rPr>
              <w:t>O que escrever: A importância de manter a tradição junina, o impacto econômico (geração de renda para costureiras, artesãos e músicos) e a necessidade do apoio financeiro para viabilizar a estrutura (cenografia, figurinos, transporte).</w:t>
            </w:r>
            <w:r w:rsidR="00F602FB">
              <w:rPr>
                <w:rFonts w:ascii="Times New Roman" w:hAnsi="Times New Roman" w:cs="Times New Roman"/>
                <w:color w:val="EE0000"/>
                <w:lang w:val="pt-BR"/>
              </w:rPr>
              <w:t xml:space="preserve"> </w:t>
            </w:r>
            <w:r w:rsidRPr="00A73240">
              <w:rPr>
                <w:rFonts w:ascii="Times New Roman" w:hAnsi="Times New Roman" w:cs="Times New Roman"/>
                <w:color w:val="EE0000"/>
                <w:lang w:val="pt-BR"/>
              </w:rPr>
              <w:t>Dica: Foque na importância cultural e social dessa manifestação cultural e sua contribuição com a sociedade de modo geral.</w:t>
            </w:r>
          </w:p>
        </w:tc>
      </w:tr>
      <w:tr w:rsidR="00255740" w14:paraId="7A71CC0F" w14:textId="77777777" w:rsidTr="0084769E">
        <w:tc>
          <w:tcPr>
            <w:tcW w:w="8828" w:type="dxa"/>
            <w:gridSpan w:val="2"/>
            <w:shd w:val="clear" w:color="auto" w:fill="D9D9D9" w:themeFill="background1" w:themeFillShade="D9"/>
          </w:tcPr>
          <w:p w14:paraId="512B0529" w14:textId="4407D91B" w:rsidR="00255740" w:rsidRDefault="00255740" w:rsidP="00255740">
            <w:pPr>
              <w:jc w:val="center"/>
              <w:rPr>
                <w:rFonts w:ascii="Times New Roman" w:hAnsi="Times New Roman" w:cs="Times New Roman"/>
                <w:b/>
                <w:bCs/>
                <w:lang w:val="pt-PT"/>
              </w:rPr>
            </w:pPr>
            <w:r>
              <w:rPr>
                <w:rFonts w:ascii="Times New Roman" w:hAnsi="Times New Roman" w:cs="Times New Roman"/>
                <w:b/>
                <w:bCs/>
                <w:lang w:val="pt-PT"/>
              </w:rPr>
              <w:t>APRESENTAÇÃO DA PROPOSTA</w:t>
            </w:r>
          </w:p>
        </w:tc>
      </w:tr>
      <w:tr w:rsidR="00255740" w14:paraId="1264B977" w14:textId="77777777" w:rsidTr="0084769E">
        <w:tc>
          <w:tcPr>
            <w:tcW w:w="8828" w:type="dxa"/>
            <w:gridSpan w:val="2"/>
          </w:tcPr>
          <w:p w14:paraId="6231E688" w14:textId="77777777" w:rsidR="00255740" w:rsidRPr="00A73240" w:rsidRDefault="00255740" w:rsidP="00A73240">
            <w:pPr>
              <w:jc w:val="both"/>
              <w:rPr>
                <w:rFonts w:ascii="Times New Roman" w:hAnsi="Times New Roman" w:cs="Times New Roman"/>
                <w:color w:val="EE0000"/>
                <w:lang w:val="pt-BR"/>
              </w:rPr>
            </w:pPr>
          </w:p>
          <w:p w14:paraId="3D26BE71" w14:textId="12C6A463" w:rsidR="00255740" w:rsidRPr="00F602FB" w:rsidRDefault="00A73240" w:rsidP="00F602FB">
            <w:pPr>
              <w:jc w:val="both"/>
              <w:rPr>
                <w:rFonts w:ascii="Times New Roman" w:hAnsi="Times New Roman" w:cs="Times New Roman"/>
                <w:color w:val="EE0000"/>
                <w:lang w:val="pt-BR"/>
              </w:rPr>
            </w:pPr>
            <w:r w:rsidRPr="00A73240">
              <w:rPr>
                <w:rFonts w:ascii="Times New Roman" w:hAnsi="Times New Roman" w:cs="Times New Roman"/>
                <w:color w:val="EE0000"/>
                <w:lang w:val="pt-BR"/>
              </w:rPr>
              <w:t>O que escrever: O tema do ano, o enredo que será narrado, a quantidade de componentes (pares), o cronograma de ensaios e onde as apresentações principais ocorrerão.</w:t>
            </w:r>
            <w:r w:rsidR="00F602FB">
              <w:rPr>
                <w:rFonts w:ascii="Times New Roman" w:hAnsi="Times New Roman" w:cs="Times New Roman"/>
                <w:color w:val="EE0000"/>
                <w:lang w:val="pt-BR"/>
              </w:rPr>
              <w:t xml:space="preserve"> </w:t>
            </w:r>
            <w:r w:rsidRPr="00A73240">
              <w:rPr>
                <w:rFonts w:ascii="Times New Roman" w:hAnsi="Times New Roman" w:cs="Times New Roman"/>
                <w:color w:val="EE0000"/>
                <w:lang w:val="pt-BR"/>
              </w:rPr>
              <w:t>Dica: Seja visual! Descreva brevemente a estética que o grupo pretende adotar.</w:t>
            </w:r>
          </w:p>
        </w:tc>
      </w:tr>
      <w:tr w:rsidR="00255740" w14:paraId="6003A04B" w14:textId="77777777" w:rsidTr="0084769E">
        <w:tc>
          <w:tcPr>
            <w:tcW w:w="8828" w:type="dxa"/>
            <w:gridSpan w:val="2"/>
            <w:shd w:val="clear" w:color="auto" w:fill="D9D9D9" w:themeFill="background1" w:themeFillShade="D9"/>
          </w:tcPr>
          <w:p w14:paraId="0BA8A661" w14:textId="4EBB984A" w:rsidR="00255740" w:rsidRDefault="00255740" w:rsidP="00255740">
            <w:pPr>
              <w:jc w:val="center"/>
              <w:rPr>
                <w:rFonts w:ascii="Times New Roman" w:hAnsi="Times New Roman" w:cs="Times New Roman"/>
                <w:b/>
                <w:bCs/>
                <w:lang w:val="pt-PT"/>
              </w:rPr>
            </w:pPr>
            <w:r>
              <w:rPr>
                <w:rFonts w:ascii="Times New Roman" w:hAnsi="Times New Roman" w:cs="Times New Roman"/>
                <w:b/>
                <w:bCs/>
                <w:lang w:val="pt-PT"/>
              </w:rPr>
              <w:t>OBJETIVOS</w:t>
            </w:r>
          </w:p>
        </w:tc>
      </w:tr>
      <w:tr w:rsidR="00255740" w14:paraId="3350F020" w14:textId="77777777" w:rsidTr="0084769E">
        <w:tc>
          <w:tcPr>
            <w:tcW w:w="8828" w:type="dxa"/>
            <w:gridSpan w:val="2"/>
          </w:tcPr>
          <w:p w14:paraId="4D2B011B" w14:textId="3795B145" w:rsidR="00F602FB" w:rsidRPr="00F602FB" w:rsidRDefault="00255740" w:rsidP="00F602FB">
            <w:pPr>
              <w:tabs>
                <w:tab w:val="num" w:pos="720"/>
              </w:tabs>
              <w:jc w:val="both"/>
              <w:rPr>
                <w:rFonts w:ascii="Times New Roman" w:hAnsi="Times New Roman" w:cs="Times New Roman"/>
                <w:b/>
                <w:bCs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lang w:val="pt-PT"/>
              </w:rPr>
              <w:t>Objetivo Geral:</w:t>
            </w:r>
            <w:r w:rsidR="00F602FB">
              <w:rPr>
                <w:rFonts w:ascii="Times New Roman" w:hAnsi="Times New Roman" w:cs="Times New Roman"/>
                <w:b/>
                <w:bCs/>
                <w:lang w:val="pt-PT"/>
              </w:rPr>
              <w:t xml:space="preserve"> </w:t>
            </w:r>
            <w:r w:rsidR="00F602FB" w:rsidRPr="00F602FB">
              <w:rPr>
                <w:rFonts w:ascii="Times New Roman" w:hAnsi="Times New Roman" w:cs="Times New Roman"/>
                <w:color w:val="EE0000"/>
                <w:lang w:val="pt-BR"/>
              </w:rPr>
              <w:t>É a ideia central do projeto. Deve responder, em uma única frase, o que se pretende alcançar de forma ampla.</w:t>
            </w:r>
            <w:r w:rsidR="00F602FB">
              <w:rPr>
                <w:rFonts w:ascii="Times New Roman" w:hAnsi="Times New Roman" w:cs="Times New Roman"/>
                <w:color w:val="EE0000"/>
                <w:lang w:val="pt-BR"/>
              </w:rPr>
              <w:t xml:space="preserve"> </w:t>
            </w:r>
            <w:r w:rsidR="00F602FB" w:rsidRPr="00F602FB">
              <w:rPr>
                <w:rFonts w:ascii="Times New Roman" w:hAnsi="Times New Roman" w:cs="Times New Roman"/>
                <w:color w:val="EE0000"/>
                <w:lang w:val="pt-BR"/>
              </w:rPr>
              <w:t>Comece com um verbo de ação (Promover, Realizar, Fomentar). O objetivo geral deve estar ligado diretamente à manutenção da quadrilha e à circulação da cultura junina.</w:t>
            </w:r>
          </w:p>
          <w:p w14:paraId="3A0C4727" w14:textId="77777777" w:rsidR="00F602FB" w:rsidRDefault="00F602FB" w:rsidP="00255740">
            <w:pPr>
              <w:jc w:val="both"/>
              <w:rPr>
                <w:rFonts w:ascii="Times New Roman" w:hAnsi="Times New Roman" w:cs="Times New Roman"/>
                <w:b/>
                <w:bCs/>
                <w:lang w:val="pt-PT"/>
              </w:rPr>
            </w:pPr>
          </w:p>
          <w:p w14:paraId="227AE1DE" w14:textId="69FA5AE6" w:rsidR="00E87AF9" w:rsidRPr="00E87AF9" w:rsidRDefault="00255740" w:rsidP="00E87AF9">
            <w:pPr>
              <w:jc w:val="both"/>
              <w:rPr>
                <w:b/>
                <w:bCs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lang w:val="pt-PT"/>
              </w:rPr>
              <w:t>Objetivos Específicos:</w:t>
            </w:r>
            <w:r w:rsidR="00E87AF9">
              <w:rPr>
                <w:rFonts w:ascii="Times New Roman" w:hAnsi="Times New Roman" w:cs="Times New Roman"/>
                <w:b/>
                <w:bCs/>
                <w:lang w:val="pt-PT"/>
              </w:rPr>
              <w:t xml:space="preserve"> </w:t>
            </w:r>
            <w:r w:rsidR="00E87AF9" w:rsidRPr="00E87AF9">
              <w:rPr>
                <w:rFonts w:ascii="Times New Roman" w:hAnsi="Times New Roman" w:cs="Times New Roman"/>
                <w:color w:val="EE0000"/>
                <w:lang w:val="pt-BR"/>
              </w:rPr>
              <w:t>São as metas concretas e mensuráveis. Eles funcionam como um "passo a passo" para que o Objetivo Geral aconteça. No final do projeto, o proponente deve conseguir provar que cumpriu cada um deles. Devem ser pontuais. Recomenda-se listar de 3 a 5 itens. Pense em:</w:t>
            </w:r>
            <w:r w:rsidR="00E87AF9" w:rsidRPr="00E87AF9">
              <w:rPr>
                <w:rFonts w:ascii="Times New Roman" w:hAnsi="Times New Roman" w:cs="Times New Roman"/>
                <w:b/>
                <w:bCs/>
                <w:color w:val="EE0000"/>
                <w:lang w:val="pt-BR"/>
              </w:rPr>
              <w:t xml:space="preserve"> </w:t>
            </w:r>
          </w:p>
          <w:p w14:paraId="53BA7615" w14:textId="5F37B546" w:rsidR="00255740" w:rsidRDefault="00255740" w:rsidP="00255740">
            <w:pPr>
              <w:jc w:val="both"/>
              <w:rPr>
                <w:rFonts w:ascii="Times New Roman" w:hAnsi="Times New Roman" w:cs="Times New Roman"/>
                <w:b/>
                <w:bCs/>
                <w:lang w:val="pt-PT"/>
              </w:rPr>
            </w:pPr>
          </w:p>
        </w:tc>
      </w:tr>
      <w:tr w:rsidR="00255740" w14:paraId="542554A4" w14:textId="77777777" w:rsidTr="0084769E">
        <w:tc>
          <w:tcPr>
            <w:tcW w:w="8828" w:type="dxa"/>
            <w:gridSpan w:val="2"/>
            <w:shd w:val="clear" w:color="auto" w:fill="D9D9D9" w:themeFill="background1" w:themeFillShade="D9"/>
          </w:tcPr>
          <w:p w14:paraId="2F9722F8" w14:textId="1A0550E2" w:rsidR="00255740" w:rsidRDefault="001F440A" w:rsidP="001F440A">
            <w:pPr>
              <w:jc w:val="center"/>
              <w:rPr>
                <w:rFonts w:ascii="Times New Roman" w:hAnsi="Times New Roman" w:cs="Times New Roman"/>
                <w:b/>
                <w:bCs/>
                <w:lang w:val="pt-PT"/>
              </w:rPr>
            </w:pPr>
            <w:r>
              <w:rPr>
                <w:rFonts w:ascii="Times New Roman" w:hAnsi="Times New Roman" w:cs="Times New Roman"/>
                <w:b/>
                <w:bCs/>
                <w:lang w:val="pt-PT"/>
              </w:rPr>
              <w:t>DADOS BANCÁRIOS</w:t>
            </w:r>
          </w:p>
        </w:tc>
      </w:tr>
      <w:tr w:rsidR="00255740" w14:paraId="29D532AA" w14:textId="77777777" w:rsidTr="0084769E">
        <w:tc>
          <w:tcPr>
            <w:tcW w:w="8828" w:type="dxa"/>
            <w:gridSpan w:val="2"/>
          </w:tcPr>
          <w:p w14:paraId="319538EF" w14:textId="77777777" w:rsidR="00255740" w:rsidRDefault="001F440A" w:rsidP="001F440A">
            <w:pPr>
              <w:jc w:val="both"/>
              <w:rPr>
                <w:rFonts w:ascii="Times New Roman" w:hAnsi="Times New Roman" w:cs="Times New Roman"/>
                <w:b/>
                <w:bCs/>
                <w:lang w:val="pt-PT"/>
              </w:rPr>
            </w:pPr>
            <w:r>
              <w:rPr>
                <w:rFonts w:ascii="Times New Roman" w:hAnsi="Times New Roman" w:cs="Times New Roman"/>
                <w:b/>
                <w:bCs/>
                <w:lang w:val="pt-PT"/>
              </w:rPr>
              <w:t>Banco:</w:t>
            </w:r>
          </w:p>
          <w:p w14:paraId="4BBAC7E6" w14:textId="77777777" w:rsidR="001F440A" w:rsidRDefault="001F440A" w:rsidP="001F440A">
            <w:pPr>
              <w:jc w:val="both"/>
              <w:rPr>
                <w:rFonts w:ascii="Times New Roman" w:hAnsi="Times New Roman" w:cs="Times New Roman"/>
                <w:b/>
                <w:bCs/>
                <w:lang w:val="pt-PT"/>
              </w:rPr>
            </w:pPr>
          </w:p>
          <w:p w14:paraId="0B182AA3" w14:textId="77777777" w:rsidR="001F440A" w:rsidRDefault="001F440A" w:rsidP="001F440A">
            <w:pPr>
              <w:jc w:val="both"/>
              <w:rPr>
                <w:rFonts w:ascii="Times New Roman" w:hAnsi="Times New Roman" w:cs="Times New Roman"/>
                <w:b/>
                <w:bCs/>
                <w:lang w:val="pt-PT"/>
              </w:rPr>
            </w:pPr>
            <w:r>
              <w:rPr>
                <w:rFonts w:ascii="Times New Roman" w:hAnsi="Times New Roman" w:cs="Times New Roman"/>
                <w:b/>
                <w:bCs/>
                <w:lang w:val="pt-PT"/>
              </w:rPr>
              <w:t>Agência:</w:t>
            </w:r>
          </w:p>
          <w:p w14:paraId="55EEF456" w14:textId="77777777" w:rsidR="001F440A" w:rsidRDefault="001F440A" w:rsidP="001F440A">
            <w:pPr>
              <w:jc w:val="both"/>
              <w:rPr>
                <w:rFonts w:ascii="Times New Roman" w:hAnsi="Times New Roman" w:cs="Times New Roman"/>
                <w:b/>
                <w:bCs/>
                <w:lang w:val="pt-PT"/>
              </w:rPr>
            </w:pPr>
          </w:p>
          <w:p w14:paraId="6E08B691" w14:textId="77777777" w:rsidR="001F440A" w:rsidRDefault="001F440A" w:rsidP="001F440A">
            <w:pPr>
              <w:jc w:val="both"/>
              <w:rPr>
                <w:rFonts w:ascii="Times New Roman" w:hAnsi="Times New Roman" w:cs="Times New Roman"/>
                <w:b/>
                <w:bCs/>
                <w:lang w:val="pt-PT"/>
              </w:rPr>
            </w:pPr>
            <w:r>
              <w:rPr>
                <w:rFonts w:ascii="Times New Roman" w:hAnsi="Times New Roman" w:cs="Times New Roman"/>
                <w:b/>
                <w:bCs/>
                <w:lang w:val="pt-PT"/>
              </w:rPr>
              <w:t>Nº da Conta:</w:t>
            </w:r>
          </w:p>
          <w:p w14:paraId="3436546E" w14:textId="77777777" w:rsidR="001F440A" w:rsidRDefault="001F440A" w:rsidP="001F440A">
            <w:pPr>
              <w:jc w:val="both"/>
              <w:rPr>
                <w:rFonts w:ascii="Times New Roman" w:hAnsi="Times New Roman" w:cs="Times New Roman"/>
                <w:b/>
                <w:bCs/>
                <w:lang w:val="pt-PT"/>
              </w:rPr>
            </w:pPr>
          </w:p>
          <w:p w14:paraId="16AA38CF" w14:textId="77777777" w:rsidR="001F440A" w:rsidRDefault="001F440A" w:rsidP="001F440A">
            <w:pPr>
              <w:jc w:val="both"/>
              <w:rPr>
                <w:rFonts w:ascii="Times New Roman" w:hAnsi="Times New Roman" w:cs="Times New Roman"/>
                <w:b/>
                <w:bCs/>
                <w:lang w:val="pt-PT"/>
              </w:rPr>
            </w:pPr>
            <w:r>
              <w:rPr>
                <w:rFonts w:ascii="Times New Roman" w:hAnsi="Times New Roman" w:cs="Times New Roman"/>
                <w:b/>
                <w:bCs/>
                <w:lang w:val="pt-PT"/>
              </w:rPr>
              <w:t>(  ) Corrente (   ) Poupança</w:t>
            </w:r>
          </w:p>
          <w:p w14:paraId="315876E0" w14:textId="01E5D397" w:rsidR="001F440A" w:rsidRDefault="001F440A" w:rsidP="001F440A">
            <w:pPr>
              <w:jc w:val="both"/>
              <w:rPr>
                <w:rFonts w:ascii="Times New Roman" w:hAnsi="Times New Roman" w:cs="Times New Roman"/>
                <w:b/>
                <w:bCs/>
                <w:lang w:val="pt-PT"/>
              </w:rPr>
            </w:pPr>
          </w:p>
        </w:tc>
      </w:tr>
    </w:tbl>
    <w:p w14:paraId="314BF72A" w14:textId="77777777" w:rsidR="0084769E" w:rsidRDefault="0084769E">
      <w:r>
        <w:lastRenderedPageBreak/>
        <w:br w:type="page"/>
      </w:r>
    </w:p>
    <w:p w14:paraId="317B1D0E" w14:textId="77777777" w:rsidR="0084769E" w:rsidRDefault="0084769E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828"/>
      </w:tblGrid>
      <w:tr w:rsidR="00255740" w14:paraId="384AEC91" w14:textId="77777777" w:rsidTr="0084769E">
        <w:tc>
          <w:tcPr>
            <w:tcW w:w="8828" w:type="dxa"/>
            <w:shd w:val="clear" w:color="auto" w:fill="D9D9D9" w:themeFill="background1" w:themeFillShade="D9"/>
          </w:tcPr>
          <w:p w14:paraId="39A98B1F" w14:textId="24502298" w:rsidR="00255740" w:rsidRDefault="00F602FB" w:rsidP="00255740">
            <w:pPr>
              <w:jc w:val="center"/>
              <w:rPr>
                <w:rFonts w:ascii="Times New Roman" w:hAnsi="Times New Roman" w:cs="Times New Roman"/>
                <w:b/>
                <w:bCs/>
                <w:lang w:val="pt-PT"/>
              </w:rPr>
            </w:pPr>
            <w:r>
              <w:br w:type="page"/>
            </w:r>
            <w:r w:rsidR="001F440A">
              <w:rPr>
                <w:rFonts w:ascii="Times New Roman" w:hAnsi="Times New Roman" w:cs="Times New Roman"/>
                <w:b/>
                <w:bCs/>
                <w:lang w:val="pt-PT"/>
              </w:rPr>
              <w:t>INFORMAÇÕES GERAIS</w:t>
            </w:r>
          </w:p>
        </w:tc>
      </w:tr>
      <w:tr w:rsidR="001F440A" w14:paraId="12AE55C7" w14:textId="77777777" w:rsidTr="0084769E">
        <w:tc>
          <w:tcPr>
            <w:tcW w:w="8828" w:type="dxa"/>
          </w:tcPr>
          <w:p w14:paraId="04A86878" w14:textId="77777777" w:rsidR="001F440A" w:rsidRDefault="007169E3" w:rsidP="007169E3">
            <w:pPr>
              <w:jc w:val="both"/>
              <w:rPr>
                <w:rFonts w:ascii="Times New Roman" w:hAnsi="Times New Roman" w:cs="Times New Roman"/>
                <w:b/>
                <w:bCs/>
                <w:lang w:val="pt-PT"/>
              </w:rPr>
            </w:pPr>
            <w:r w:rsidRPr="007169E3">
              <w:rPr>
                <w:rFonts w:ascii="Times New Roman" w:hAnsi="Times New Roman" w:cs="Times New Roman"/>
                <w:b/>
                <w:bCs/>
                <w:lang w:val="pt-PT"/>
              </w:rPr>
              <w:t>Horário previsto para realização do Evento INÍCIO/FIM:</w:t>
            </w:r>
          </w:p>
          <w:p w14:paraId="07744601" w14:textId="4C564E0E" w:rsidR="007169E3" w:rsidRPr="007169E3" w:rsidRDefault="007169E3" w:rsidP="007169E3">
            <w:pPr>
              <w:jc w:val="both"/>
              <w:rPr>
                <w:rFonts w:ascii="Times New Roman" w:hAnsi="Times New Roman" w:cs="Times New Roman"/>
                <w:b/>
                <w:bCs/>
                <w:lang w:val="pt-PT"/>
              </w:rPr>
            </w:pPr>
          </w:p>
        </w:tc>
      </w:tr>
      <w:tr w:rsidR="001F440A" w14:paraId="5D036E9E" w14:textId="77777777" w:rsidTr="0084769E">
        <w:tc>
          <w:tcPr>
            <w:tcW w:w="8828" w:type="dxa"/>
          </w:tcPr>
          <w:p w14:paraId="174AC98F" w14:textId="77777777" w:rsidR="001F440A" w:rsidRDefault="007169E3" w:rsidP="007169E3">
            <w:pPr>
              <w:jc w:val="both"/>
              <w:rPr>
                <w:rFonts w:ascii="Times New Roman" w:hAnsi="Times New Roman" w:cs="Times New Roman"/>
                <w:b/>
                <w:bCs/>
                <w:lang w:val="pt-PT"/>
              </w:rPr>
            </w:pPr>
            <w:r w:rsidRPr="007169E3">
              <w:rPr>
                <w:rFonts w:ascii="Times New Roman" w:hAnsi="Times New Roman" w:cs="Times New Roman"/>
                <w:b/>
                <w:bCs/>
                <w:lang w:val="pt-PT"/>
              </w:rPr>
              <w:t>Local de realização do Evento:</w:t>
            </w:r>
          </w:p>
          <w:p w14:paraId="01DE8EBC" w14:textId="77777777" w:rsidR="007169E3" w:rsidRPr="007169E3" w:rsidRDefault="007169E3" w:rsidP="007169E3">
            <w:pPr>
              <w:jc w:val="both"/>
              <w:rPr>
                <w:rFonts w:ascii="Times New Roman" w:hAnsi="Times New Roman" w:cs="Times New Roman"/>
                <w:b/>
                <w:bCs/>
                <w:color w:val="EE0000"/>
                <w:lang w:val="pt-PT"/>
              </w:rPr>
            </w:pPr>
          </w:p>
          <w:p w14:paraId="69886729" w14:textId="77777777" w:rsidR="007169E3" w:rsidRPr="007169E3" w:rsidRDefault="007169E3" w:rsidP="007169E3">
            <w:pPr>
              <w:jc w:val="both"/>
              <w:rPr>
                <w:rFonts w:ascii="Times New Roman" w:hAnsi="Times New Roman" w:cs="Times New Roman"/>
                <w:color w:val="EE0000"/>
                <w:lang w:val="pt-PT"/>
              </w:rPr>
            </w:pPr>
            <w:r w:rsidRPr="007169E3">
              <w:rPr>
                <w:rFonts w:ascii="Times New Roman" w:hAnsi="Times New Roman" w:cs="Times New Roman"/>
                <w:color w:val="EE0000"/>
                <w:lang w:val="pt-PT"/>
              </w:rPr>
              <w:t>Obs.(1): Deve ser descrito o local exato da apresentação da quadrilha.</w:t>
            </w:r>
          </w:p>
          <w:p w14:paraId="7C798580" w14:textId="30EA7307" w:rsidR="007169E3" w:rsidRPr="007169E3" w:rsidRDefault="007169E3" w:rsidP="007169E3">
            <w:pPr>
              <w:jc w:val="both"/>
              <w:rPr>
                <w:rFonts w:ascii="Times New Roman" w:hAnsi="Times New Roman" w:cs="Times New Roman"/>
                <w:b/>
                <w:bCs/>
                <w:lang w:val="pt-PT"/>
              </w:rPr>
            </w:pPr>
            <w:r w:rsidRPr="007169E3">
              <w:rPr>
                <w:rFonts w:ascii="Times New Roman" w:hAnsi="Times New Roman" w:cs="Times New Roman"/>
                <w:color w:val="EE0000"/>
                <w:lang w:val="pt-PT"/>
              </w:rPr>
              <w:t>Obs.(2): A aprovação deste Plano de Trabalho, bem como a formalização de convênio, não exime o proponente de obter as licenças necessárias.</w:t>
            </w:r>
          </w:p>
        </w:tc>
      </w:tr>
      <w:tr w:rsidR="001F440A" w14:paraId="1B5D7E76" w14:textId="77777777" w:rsidTr="0084769E">
        <w:tc>
          <w:tcPr>
            <w:tcW w:w="8828" w:type="dxa"/>
          </w:tcPr>
          <w:p w14:paraId="32B0EE55" w14:textId="77777777" w:rsidR="001F440A" w:rsidRDefault="007169E3" w:rsidP="007169E3">
            <w:pPr>
              <w:jc w:val="both"/>
              <w:rPr>
                <w:rFonts w:ascii="Times New Roman" w:hAnsi="Times New Roman" w:cs="Times New Roman"/>
                <w:b/>
                <w:bCs/>
                <w:lang w:val="pt-PT"/>
              </w:rPr>
            </w:pPr>
            <w:r w:rsidRPr="007169E3">
              <w:rPr>
                <w:rFonts w:ascii="Times New Roman" w:hAnsi="Times New Roman" w:cs="Times New Roman"/>
                <w:b/>
                <w:bCs/>
                <w:lang w:val="pt-PT"/>
              </w:rPr>
              <w:t>Quantidade de Integrantes:</w:t>
            </w:r>
          </w:p>
          <w:p w14:paraId="3241A4D6" w14:textId="2991DA7F" w:rsidR="007169E3" w:rsidRPr="007169E3" w:rsidRDefault="007169E3" w:rsidP="007169E3">
            <w:pPr>
              <w:jc w:val="both"/>
              <w:rPr>
                <w:rFonts w:ascii="Times New Roman" w:hAnsi="Times New Roman" w:cs="Times New Roman"/>
                <w:b/>
                <w:bCs/>
                <w:lang w:val="pt-PT"/>
              </w:rPr>
            </w:pPr>
          </w:p>
        </w:tc>
      </w:tr>
      <w:tr w:rsidR="007169E3" w14:paraId="01B1D325" w14:textId="77777777" w:rsidTr="0084769E">
        <w:tc>
          <w:tcPr>
            <w:tcW w:w="8828" w:type="dxa"/>
          </w:tcPr>
          <w:p w14:paraId="3A80FE8A" w14:textId="395A2A41" w:rsidR="007169E3" w:rsidRPr="007169E3" w:rsidRDefault="007169E3" w:rsidP="007169E3">
            <w:pPr>
              <w:jc w:val="both"/>
              <w:rPr>
                <w:rFonts w:ascii="Times New Roman" w:hAnsi="Times New Roman" w:cs="Times New Roman"/>
                <w:b/>
                <w:bCs/>
                <w:lang w:val="pt-PT"/>
              </w:rPr>
            </w:pPr>
            <w:r w:rsidRPr="006657D0">
              <w:rPr>
                <w:rFonts w:ascii="Times New Roman" w:hAnsi="Times New Roman" w:cs="Times New Roman"/>
                <w:b/>
                <w:lang w:val="pt-PT"/>
              </w:rPr>
              <w:t>Obs</w:t>
            </w:r>
            <w:r>
              <w:rPr>
                <w:rFonts w:ascii="Times New Roman" w:hAnsi="Times New Roman" w:cs="Times New Roman"/>
                <w:b/>
                <w:lang w:val="pt-PT"/>
              </w:rPr>
              <w:t>.</w:t>
            </w:r>
            <w:r w:rsidRPr="006657D0">
              <w:rPr>
                <w:rFonts w:ascii="Times New Roman" w:hAnsi="Times New Roman" w:cs="Times New Roman"/>
                <w:b/>
                <w:lang w:val="pt-PT"/>
              </w:rPr>
              <w:t xml:space="preserve">: </w:t>
            </w:r>
            <w:r w:rsidRPr="007169E3">
              <w:rPr>
                <w:rFonts w:ascii="Times New Roman" w:hAnsi="Times New Roman" w:cs="Times New Roman"/>
                <w:color w:val="EE0000"/>
                <w:lang w:val="pt-PT"/>
              </w:rPr>
              <w:t>(Destacar a expectativa de público, estrutura que será utilizada, quantidade de empregos indiretos, renda, acessibilidade para Pessoas com Deficiência, perspectiva de público LGBTQIAPN+).</w:t>
            </w:r>
          </w:p>
        </w:tc>
      </w:tr>
    </w:tbl>
    <w:p w14:paraId="599FE579" w14:textId="77777777" w:rsidR="00255740" w:rsidRPr="006657D0" w:rsidRDefault="00255740" w:rsidP="00255740">
      <w:pPr>
        <w:spacing w:after="0"/>
        <w:jc w:val="center"/>
        <w:rPr>
          <w:rFonts w:ascii="Times New Roman" w:hAnsi="Times New Roman" w:cs="Times New Roman"/>
          <w:b/>
          <w:bCs/>
          <w:lang w:val="pt-PT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65"/>
        <w:gridCol w:w="3007"/>
      </w:tblGrid>
      <w:tr w:rsidR="006657D0" w:rsidRPr="006657D0" w14:paraId="28D34014" w14:textId="77777777" w:rsidTr="00E87AF9">
        <w:trPr>
          <w:trHeight w:val="402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CFE0A05" w14:textId="77777777" w:rsidR="006657D0" w:rsidRPr="006657D0" w:rsidRDefault="006657D0" w:rsidP="006657D0">
            <w:pPr>
              <w:jc w:val="both"/>
              <w:rPr>
                <w:rFonts w:ascii="Times New Roman" w:hAnsi="Times New Roman" w:cs="Times New Roman"/>
                <w:b/>
                <w:lang w:val="pt-PT"/>
              </w:rPr>
            </w:pPr>
            <w:r w:rsidRPr="006657D0">
              <w:rPr>
                <w:rFonts w:ascii="Times New Roman" w:hAnsi="Times New Roman" w:cs="Times New Roman"/>
                <w:b/>
                <w:lang w:val="pt-PT"/>
              </w:rPr>
              <w:t>ORÇAMENTO RESUMIDO</w:t>
            </w:r>
          </w:p>
        </w:tc>
      </w:tr>
      <w:tr w:rsidR="006657D0" w:rsidRPr="006657D0" w14:paraId="76F721D7" w14:textId="77777777" w:rsidTr="00E87AF9">
        <w:trPr>
          <w:trHeight w:val="311"/>
        </w:trPr>
        <w:tc>
          <w:tcPr>
            <w:tcW w:w="6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E0613" w14:textId="77777777" w:rsidR="006657D0" w:rsidRPr="006657D0" w:rsidRDefault="006657D0" w:rsidP="006657D0">
            <w:pPr>
              <w:jc w:val="both"/>
              <w:rPr>
                <w:rFonts w:ascii="Times New Roman" w:hAnsi="Times New Roman" w:cs="Times New Roman"/>
                <w:b/>
                <w:lang w:val="pt-PT"/>
              </w:rPr>
            </w:pPr>
            <w:r w:rsidRPr="006657D0">
              <w:rPr>
                <w:rFonts w:ascii="Times New Roman" w:hAnsi="Times New Roman" w:cs="Times New Roman"/>
                <w:lang w:val="pt-PT"/>
              </w:rPr>
              <w:t>Fonte.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BD355" w14:textId="77777777" w:rsidR="006657D0" w:rsidRPr="006657D0" w:rsidRDefault="006657D0" w:rsidP="006657D0">
            <w:pPr>
              <w:jc w:val="both"/>
              <w:rPr>
                <w:rFonts w:ascii="Times New Roman" w:hAnsi="Times New Roman" w:cs="Times New Roman"/>
                <w:b/>
                <w:lang w:val="pt-PT"/>
              </w:rPr>
            </w:pPr>
            <w:r w:rsidRPr="006657D0">
              <w:rPr>
                <w:rFonts w:ascii="Times New Roman" w:hAnsi="Times New Roman" w:cs="Times New Roman"/>
                <w:b/>
                <w:lang w:val="pt-PT"/>
              </w:rPr>
              <w:t>Valor do Investimento (R$)</w:t>
            </w:r>
          </w:p>
        </w:tc>
      </w:tr>
      <w:tr w:rsidR="006657D0" w:rsidRPr="006657D0" w14:paraId="05026483" w14:textId="77777777" w:rsidTr="00E87AF9">
        <w:trPr>
          <w:trHeight w:val="186"/>
        </w:trPr>
        <w:tc>
          <w:tcPr>
            <w:tcW w:w="6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A3DA1" w14:textId="77777777" w:rsidR="006657D0" w:rsidRPr="006657D0" w:rsidRDefault="006657D0" w:rsidP="006657D0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 w:rsidRPr="006657D0">
              <w:rPr>
                <w:rFonts w:ascii="Times New Roman" w:hAnsi="Times New Roman" w:cs="Times New Roman"/>
                <w:lang w:val="pt-PT"/>
              </w:rPr>
              <w:t>Fundação Cultural.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AFB2B" w14:textId="77777777" w:rsidR="006657D0" w:rsidRPr="006657D0" w:rsidRDefault="006657D0" w:rsidP="006657D0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 w:rsidRPr="006657D0">
              <w:rPr>
                <w:rFonts w:ascii="Times New Roman" w:hAnsi="Times New Roman" w:cs="Times New Roman"/>
                <w:lang w:val="pt-PT"/>
              </w:rPr>
              <w:t>R$</w:t>
            </w:r>
          </w:p>
        </w:tc>
      </w:tr>
      <w:tr w:rsidR="006657D0" w:rsidRPr="006657D0" w14:paraId="4E4100ED" w14:textId="77777777" w:rsidTr="00E87AF9">
        <w:trPr>
          <w:trHeight w:val="262"/>
        </w:trPr>
        <w:tc>
          <w:tcPr>
            <w:tcW w:w="6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6AF6F" w14:textId="77777777" w:rsidR="006657D0" w:rsidRPr="006657D0" w:rsidRDefault="006657D0" w:rsidP="006657D0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 w:rsidRPr="006657D0">
              <w:rPr>
                <w:rFonts w:ascii="Times New Roman" w:hAnsi="Times New Roman" w:cs="Times New Roman"/>
                <w:lang w:val="pt-PT"/>
              </w:rPr>
              <w:t>Proponente (Contrapartida).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517DC" w14:textId="77777777" w:rsidR="006657D0" w:rsidRPr="006657D0" w:rsidRDefault="006657D0" w:rsidP="006657D0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 w:rsidRPr="006657D0">
              <w:rPr>
                <w:rFonts w:ascii="Times New Roman" w:hAnsi="Times New Roman" w:cs="Times New Roman"/>
                <w:lang w:val="pt-PT"/>
              </w:rPr>
              <w:t>R$</w:t>
            </w:r>
          </w:p>
        </w:tc>
      </w:tr>
      <w:tr w:rsidR="006657D0" w:rsidRPr="006657D0" w14:paraId="47C12CCA" w14:textId="77777777" w:rsidTr="00E87AF9">
        <w:trPr>
          <w:trHeight w:val="265"/>
        </w:trPr>
        <w:tc>
          <w:tcPr>
            <w:tcW w:w="6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D722B" w14:textId="77777777" w:rsidR="006657D0" w:rsidRPr="006657D0" w:rsidRDefault="006657D0" w:rsidP="006657D0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 w:rsidRPr="006657D0">
              <w:rPr>
                <w:rFonts w:ascii="Times New Roman" w:hAnsi="Times New Roman" w:cs="Times New Roman"/>
                <w:lang w:val="pt-PT"/>
              </w:rPr>
              <w:t>Outros patrocínios.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1AEF2" w14:textId="77777777" w:rsidR="006657D0" w:rsidRPr="006657D0" w:rsidRDefault="006657D0" w:rsidP="006657D0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 w:rsidRPr="006657D0">
              <w:rPr>
                <w:rFonts w:ascii="Times New Roman" w:hAnsi="Times New Roman" w:cs="Times New Roman"/>
                <w:lang w:val="pt-PT"/>
              </w:rPr>
              <w:t>R$</w:t>
            </w:r>
          </w:p>
        </w:tc>
      </w:tr>
      <w:tr w:rsidR="006657D0" w:rsidRPr="006657D0" w14:paraId="2772BCEF" w14:textId="77777777" w:rsidTr="00E87AF9">
        <w:trPr>
          <w:trHeight w:val="256"/>
        </w:trPr>
        <w:tc>
          <w:tcPr>
            <w:tcW w:w="6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02809" w14:textId="77777777" w:rsidR="006657D0" w:rsidRPr="006657D0" w:rsidRDefault="006657D0" w:rsidP="006657D0">
            <w:pPr>
              <w:jc w:val="both"/>
              <w:rPr>
                <w:rFonts w:ascii="Times New Roman" w:hAnsi="Times New Roman" w:cs="Times New Roman"/>
                <w:b/>
                <w:lang w:val="pt-PT"/>
              </w:rPr>
            </w:pPr>
            <w:r w:rsidRPr="006657D0">
              <w:rPr>
                <w:rFonts w:ascii="Times New Roman" w:hAnsi="Times New Roman" w:cs="Times New Roman"/>
                <w:b/>
                <w:lang w:val="pt-PT"/>
              </w:rPr>
              <w:t>Total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CB544" w14:textId="77777777" w:rsidR="006657D0" w:rsidRPr="006657D0" w:rsidRDefault="006657D0" w:rsidP="006657D0">
            <w:pPr>
              <w:jc w:val="both"/>
              <w:rPr>
                <w:rFonts w:ascii="Times New Roman" w:hAnsi="Times New Roman" w:cs="Times New Roman"/>
                <w:b/>
                <w:lang w:val="pt-PT"/>
              </w:rPr>
            </w:pPr>
            <w:r w:rsidRPr="006657D0">
              <w:rPr>
                <w:rFonts w:ascii="Times New Roman" w:hAnsi="Times New Roman" w:cs="Times New Roman"/>
                <w:b/>
                <w:lang w:val="pt-PT"/>
              </w:rPr>
              <w:t>R$</w:t>
            </w:r>
          </w:p>
        </w:tc>
      </w:tr>
    </w:tbl>
    <w:p w14:paraId="77C6DE62" w14:textId="77777777" w:rsidR="006657D0" w:rsidRPr="006657D0" w:rsidRDefault="006657D0" w:rsidP="006657D0">
      <w:pPr>
        <w:spacing w:after="0"/>
        <w:jc w:val="both"/>
        <w:rPr>
          <w:rFonts w:ascii="Times New Roman" w:hAnsi="Times New Roman" w:cs="Times New Roman"/>
          <w:b/>
          <w:lang w:val="pt-PT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4260"/>
        <w:gridCol w:w="2116"/>
      </w:tblGrid>
      <w:tr w:rsidR="006657D0" w:rsidRPr="006657D0" w14:paraId="0EDFB5EE" w14:textId="77777777" w:rsidTr="00E87AF9">
        <w:trPr>
          <w:trHeight w:val="375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34E5355" w14:textId="77777777" w:rsidR="006657D0" w:rsidRPr="006657D0" w:rsidRDefault="006657D0" w:rsidP="006657D0">
            <w:pPr>
              <w:jc w:val="both"/>
              <w:rPr>
                <w:rFonts w:ascii="Times New Roman" w:hAnsi="Times New Roman" w:cs="Times New Roman"/>
                <w:b/>
                <w:lang w:val="pt-PT"/>
              </w:rPr>
            </w:pPr>
            <w:r w:rsidRPr="006657D0">
              <w:rPr>
                <w:rFonts w:ascii="Times New Roman" w:hAnsi="Times New Roman" w:cs="Times New Roman"/>
                <w:b/>
                <w:lang w:val="pt-PT"/>
              </w:rPr>
              <w:t>ORÇAMENTO DETALHADO</w:t>
            </w:r>
          </w:p>
        </w:tc>
      </w:tr>
      <w:tr w:rsidR="006657D0" w:rsidRPr="006657D0" w14:paraId="6BFBBB8A" w14:textId="77777777" w:rsidTr="00E87AF9">
        <w:trPr>
          <w:trHeight w:val="297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7531AF7" w14:textId="77777777" w:rsidR="006657D0" w:rsidRPr="006657D0" w:rsidRDefault="006657D0" w:rsidP="007169E3">
            <w:pPr>
              <w:jc w:val="center"/>
              <w:rPr>
                <w:rFonts w:ascii="Times New Roman" w:hAnsi="Times New Roman" w:cs="Times New Roman"/>
                <w:b/>
                <w:lang w:val="pt-PT"/>
              </w:rPr>
            </w:pPr>
            <w:r w:rsidRPr="006657D0">
              <w:rPr>
                <w:rFonts w:ascii="Times New Roman" w:hAnsi="Times New Roman" w:cs="Times New Roman"/>
                <w:b/>
                <w:lang w:val="pt-PT"/>
              </w:rPr>
              <w:t>Item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A3E55B8" w14:textId="77777777" w:rsidR="006657D0" w:rsidRPr="006657D0" w:rsidRDefault="006657D0" w:rsidP="007169E3">
            <w:pPr>
              <w:jc w:val="center"/>
              <w:rPr>
                <w:rFonts w:ascii="Times New Roman" w:hAnsi="Times New Roman" w:cs="Times New Roman"/>
                <w:b/>
                <w:bCs/>
                <w:lang w:val="pt-PT"/>
              </w:rPr>
            </w:pPr>
            <w:r w:rsidRPr="006657D0">
              <w:rPr>
                <w:rFonts w:ascii="Times New Roman" w:hAnsi="Times New Roman" w:cs="Times New Roman"/>
                <w:b/>
                <w:bCs/>
                <w:lang w:val="pt-PT"/>
              </w:rPr>
              <w:t>Justificativa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46B1B1C" w14:textId="77777777" w:rsidR="006657D0" w:rsidRPr="006657D0" w:rsidRDefault="006657D0" w:rsidP="007169E3">
            <w:pPr>
              <w:jc w:val="center"/>
              <w:rPr>
                <w:rFonts w:ascii="Times New Roman" w:hAnsi="Times New Roman" w:cs="Times New Roman"/>
                <w:b/>
                <w:bCs/>
                <w:lang w:val="pt-PT"/>
              </w:rPr>
            </w:pPr>
            <w:r w:rsidRPr="006657D0">
              <w:rPr>
                <w:rFonts w:ascii="Times New Roman" w:hAnsi="Times New Roman" w:cs="Times New Roman"/>
                <w:b/>
                <w:bCs/>
                <w:lang w:val="pt-PT"/>
              </w:rPr>
              <w:t>Valor (R$)</w:t>
            </w:r>
          </w:p>
        </w:tc>
      </w:tr>
      <w:tr w:rsidR="006657D0" w:rsidRPr="006657D0" w14:paraId="449BCDF3" w14:textId="77777777" w:rsidTr="00E87AF9">
        <w:trPr>
          <w:trHeight w:val="282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8A14" w14:textId="0ADB656A" w:rsidR="006657D0" w:rsidRPr="0084769E" w:rsidRDefault="00E87AF9" w:rsidP="006657D0">
            <w:pPr>
              <w:jc w:val="both"/>
              <w:rPr>
                <w:rFonts w:ascii="Times New Roman" w:hAnsi="Times New Roman" w:cs="Times New Roman"/>
                <w:color w:val="EE0000"/>
                <w:lang w:val="pt-PT"/>
              </w:rPr>
            </w:pPr>
            <w:r w:rsidRPr="0084769E">
              <w:rPr>
                <w:rFonts w:ascii="Times New Roman" w:hAnsi="Times New Roman" w:cs="Times New Roman"/>
                <w:color w:val="EE0000"/>
                <w:lang w:val="pt-PT"/>
              </w:rPr>
              <w:t>Ex.: Tecido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FF4E" w14:textId="5C46CB6E" w:rsidR="006657D0" w:rsidRPr="0084769E" w:rsidRDefault="00E87AF9" w:rsidP="006657D0">
            <w:pPr>
              <w:jc w:val="both"/>
              <w:rPr>
                <w:rFonts w:ascii="Times New Roman" w:hAnsi="Times New Roman" w:cs="Times New Roman"/>
                <w:color w:val="EE0000"/>
                <w:lang w:val="pt-PT"/>
              </w:rPr>
            </w:pPr>
            <w:r w:rsidRPr="0084769E">
              <w:rPr>
                <w:rFonts w:ascii="Times New Roman" w:hAnsi="Times New Roman" w:cs="Times New Roman"/>
                <w:color w:val="EE0000"/>
                <w:lang w:val="pt-PT"/>
              </w:rPr>
              <w:t>Será utilizado para produção dos figurinos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E053C" w14:textId="04512284" w:rsidR="006657D0" w:rsidRPr="006657D0" w:rsidRDefault="006657D0" w:rsidP="006657D0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 w:rsidRPr="0084769E">
              <w:rPr>
                <w:rFonts w:ascii="Times New Roman" w:hAnsi="Times New Roman" w:cs="Times New Roman"/>
                <w:color w:val="EE0000"/>
                <w:lang w:val="pt-PT"/>
              </w:rPr>
              <w:t>R$</w:t>
            </w:r>
            <w:r w:rsidR="00E87AF9" w:rsidRPr="0084769E">
              <w:rPr>
                <w:rFonts w:ascii="Times New Roman" w:hAnsi="Times New Roman" w:cs="Times New Roman"/>
                <w:color w:val="EE0000"/>
                <w:lang w:val="pt-PT"/>
              </w:rPr>
              <w:t xml:space="preserve"> </w:t>
            </w:r>
            <w:r w:rsidR="0084769E" w:rsidRPr="0084769E">
              <w:rPr>
                <w:rFonts w:ascii="Times New Roman" w:hAnsi="Times New Roman" w:cs="Times New Roman"/>
                <w:color w:val="EE0000"/>
                <w:lang w:val="pt-PT"/>
              </w:rPr>
              <w:t>500,00</w:t>
            </w:r>
          </w:p>
        </w:tc>
      </w:tr>
      <w:tr w:rsidR="006657D0" w:rsidRPr="006657D0" w14:paraId="5A51D6BC" w14:textId="77777777" w:rsidTr="00E87AF9">
        <w:trPr>
          <w:trHeight w:val="19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C68F" w14:textId="77777777" w:rsidR="006657D0" w:rsidRPr="006657D0" w:rsidRDefault="006657D0" w:rsidP="006657D0">
            <w:pPr>
              <w:jc w:val="both"/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2947" w14:textId="77777777" w:rsidR="006657D0" w:rsidRPr="006657D0" w:rsidRDefault="006657D0" w:rsidP="006657D0">
            <w:pPr>
              <w:jc w:val="both"/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4DA7" w14:textId="77777777" w:rsidR="006657D0" w:rsidRPr="006657D0" w:rsidRDefault="006657D0" w:rsidP="006657D0">
            <w:pPr>
              <w:jc w:val="both"/>
              <w:rPr>
                <w:rFonts w:ascii="Times New Roman" w:hAnsi="Times New Roman" w:cs="Times New Roman"/>
                <w:lang w:val="pt-PT"/>
              </w:rPr>
            </w:pPr>
          </w:p>
        </w:tc>
      </w:tr>
      <w:tr w:rsidR="006657D0" w:rsidRPr="006657D0" w14:paraId="77AB0F2D" w14:textId="77777777" w:rsidTr="00E87AF9">
        <w:trPr>
          <w:trHeight w:val="12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C6B0" w14:textId="77777777" w:rsidR="006657D0" w:rsidRPr="006657D0" w:rsidRDefault="006657D0" w:rsidP="006657D0">
            <w:pPr>
              <w:jc w:val="both"/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DFFFE" w14:textId="77777777" w:rsidR="006657D0" w:rsidRPr="006657D0" w:rsidRDefault="006657D0" w:rsidP="006657D0">
            <w:pPr>
              <w:jc w:val="both"/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73A2" w14:textId="77777777" w:rsidR="006657D0" w:rsidRPr="006657D0" w:rsidRDefault="006657D0" w:rsidP="006657D0">
            <w:pPr>
              <w:jc w:val="both"/>
              <w:rPr>
                <w:rFonts w:ascii="Times New Roman" w:hAnsi="Times New Roman" w:cs="Times New Roman"/>
                <w:lang w:val="pt-PT"/>
              </w:rPr>
            </w:pPr>
          </w:p>
        </w:tc>
      </w:tr>
      <w:tr w:rsidR="006657D0" w:rsidRPr="006657D0" w14:paraId="16B0F2D5" w14:textId="77777777" w:rsidTr="00E87AF9">
        <w:trPr>
          <w:trHeight w:val="12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21EF7" w14:textId="77777777" w:rsidR="006657D0" w:rsidRPr="006657D0" w:rsidRDefault="006657D0" w:rsidP="006657D0">
            <w:pPr>
              <w:jc w:val="both"/>
              <w:rPr>
                <w:rFonts w:ascii="Times New Roman" w:hAnsi="Times New Roman" w:cs="Times New Roman"/>
                <w:b/>
                <w:lang w:val="pt-PT"/>
              </w:rPr>
            </w:pPr>
            <w:r w:rsidRPr="006657D0">
              <w:rPr>
                <w:rFonts w:ascii="Times New Roman" w:hAnsi="Times New Roman" w:cs="Times New Roman"/>
                <w:b/>
                <w:lang w:val="pt-PT"/>
              </w:rPr>
              <w:t>Total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AE00B" w14:textId="77777777" w:rsidR="006657D0" w:rsidRPr="006657D0" w:rsidRDefault="006657D0" w:rsidP="006657D0">
            <w:pPr>
              <w:jc w:val="both"/>
              <w:rPr>
                <w:rFonts w:ascii="Times New Roman" w:hAnsi="Times New Roman" w:cs="Times New Roman"/>
                <w:b/>
                <w:lang w:val="pt-PT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1D8A5" w14:textId="77777777" w:rsidR="006657D0" w:rsidRPr="006657D0" w:rsidRDefault="006657D0" w:rsidP="006657D0">
            <w:pPr>
              <w:jc w:val="both"/>
              <w:rPr>
                <w:rFonts w:ascii="Times New Roman" w:hAnsi="Times New Roman" w:cs="Times New Roman"/>
                <w:b/>
                <w:lang w:val="pt-PT"/>
              </w:rPr>
            </w:pPr>
            <w:r w:rsidRPr="006657D0">
              <w:rPr>
                <w:rFonts w:ascii="Times New Roman" w:hAnsi="Times New Roman" w:cs="Times New Roman"/>
                <w:b/>
                <w:lang w:val="pt-PT"/>
              </w:rPr>
              <w:t>R$</w:t>
            </w:r>
          </w:p>
        </w:tc>
      </w:tr>
    </w:tbl>
    <w:p w14:paraId="1D609465" w14:textId="77777777" w:rsidR="006657D0" w:rsidRPr="006657D0" w:rsidRDefault="006657D0" w:rsidP="006657D0">
      <w:pPr>
        <w:spacing w:after="0"/>
        <w:jc w:val="both"/>
        <w:rPr>
          <w:rFonts w:ascii="Times New Roman" w:hAnsi="Times New Roman" w:cs="Times New Roman"/>
          <w:b/>
          <w:lang w:val="pt-PT"/>
        </w:rPr>
      </w:pPr>
    </w:p>
    <w:p w14:paraId="1D29B751" w14:textId="77777777" w:rsidR="006657D0" w:rsidRPr="006657D0" w:rsidRDefault="006657D0" w:rsidP="006657D0">
      <w:pPr>
        <w:spacing w:after="0"/>
        <w:jc w:val="both"/>
        <w:rPr>
          <w:rFonts w:ascii="Times New Roman" w:hAnsi="Times New Roman" w:cs="Times New Roman"/>
          <w:b/>
          <w:lang w:val="pt-PT"/>
        </w:rPr>
      </w:pPr>
    </w:p>
    <w:p w14:paraId="21B4ED6C" w14:textId="42DAB2B6" w:rsidR="006657D0" w:rsidRPr="0084769E" w:rsidRDefault="0084769E" w:rsidP="006657D0">
      <w:pPr>
        <w:spacing w:after="0"/>
        <w:jc w:val="both"/>
        <w:rPr>
          <w:rFonts w:ascii="Times New Roman" w:hAnsi="Times New Roman" w:cs="Times New Roman"/>
          <w:b/>
          <w:color w:val="EE0000"/>
          <w:lang w:val="pt-PT"/>
        </w:rPr>
      </w:pPr>
      <w:r w:rsidRPr="0084769E">
        <w:rPr>
          <w:rFonts w:ascii="Times New Roman" w:hAnsi="Times New Roman" w:cs="Times New Roman"/>
          <w:b/>
          <w:lang w:val="pt-PT"/>
        </w:rPr>
        <w:t>ATENÇÃO:</w:t>
      </w:r>
      <w:r>
        <w:rPr>
          <w:rFonts w:ascii="Times New Roman" w:hAnsi="Times New Roman" w:cs="Times New Roman"/>
          <w:b/>
          <w:color w:val="EE0000"/>
          <w:lang w:val="pt-PT"/>
        </w:rPr>
        <w:t xml:space="preserve"> </w:t>
      </w:r>
      <w:r w:rsidRPr="0084769E">
        <w:rPr>
          <w:rFonts w:ascii="Times New Roman" w:hAnsi="Times New Roman" w:cs="Times New Roman"/>
          <w:b/>
          <w:color w:val="EE0000"/>
          <w:lang w:val="pt-PT"/>
        </w:rPr>
        <w:t>As orientações em VERMELHO devem ser apagadas no prenchimento.</w:t>
      </w:r>
    </w:p>
    <w:p w14:paraId="35050E08" w14:textId="2BB1AA14" w:rsidR="006657D0" w:rsidRPr="006657D0" w:rsidRDefault="006657D0" w:rsidP="007169E3">
      <w:pPr>
        <w:spacing w:after="0"/>
        <w:jc w:val="center"/>
        <w:rPr>
          <w:rFonts w:ascii="Times New Roman" w:hAnsi="Times New Roman" w:cs="Times New Roman"/>
          <w:b/>
          <w:lang w:val="pt-PT"/>
        </w:rPr>
      </w:pPr>
      <w:r w:rsidRPr="006657D0">
        <w:rPr>
          <w:rFonts w:ascii="Times New Roman" w:hAnsi="Times New Roman" w:cs="Times New Roman"/>
          <w:noProof/>
          <w:lang w:val="pt-P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3A90DAC" wp14:editId="252F8944">
                <wp:simplePos x="0" y="0"/>
                <wp:positionH relativeFrom="page">
                  <wp:posOffset>2181225</wp:posOffset>
                </wp:positionH>
                <wp:positionV relativeFrom="paragraph">
                  <wp:posOffset>259715</wp:posOffset>
                </wp:positionV>
                <wp:extent cx="3200400" cy="1270"/>
                <wp:effectExtent l="0" t="0" r="0" b="0"/>
                <wp:wrapTopAndBottom/>
                <wp:docPr id="1845577303" name="Forma Livre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0">
                              <a:moveTo>
                                <a:pt x="0" y="0"/>
                              </a:moveTo>
                              <a:lnTo>
                                <a:pt x="3200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4E4E03" id="Forma Livre: Forma 4" o:spid="_x0000_s1026" style="position:absolute;margin-left:171.75pt;margin-top:20.45pt;width:252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00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GUWIQIAAIMEAAAOAAAAZHJzL2Uyb0RvYy54bWysVE1v2zAMvQ/YfxB0X5xkQ1YYcYqhQYcB&#10;RVugKXZWZCk2JosapcTOfv0o+SNZdxuWg0CJz9Tje1TWt11j2Emhr8EWfDGbc6ashLK2h4K/7u4/&#10;3HDmg7ClMGBVwc/K89vN+3fr1uVqCRWYUiGjItbnrSt4FYLLs8zLSjXCz8ApS0kN2IhAWzxkJYqW&#10;qjcmW87nq6wFLB2CVN7T6bZP8k2qr7WS4UlrrwIzBSduIa2Y1n1cs81a5AcUrqrlQEP8A4tG1JYu&#10;nUptRRDsiPVfpZpaInjQYSahyUDrWqrUA3WzmL/p5qUSTqVeSBzvJpn8/ysrH08v7hkjde8eQP7w&#10;pEjWOp9PmbjxA6bT2EQsEWddUvE8qai6wCQdfiRfPs1JbEm5xfJzEjkT+fitPPrwVUGqI04PPvQe&#10;lGMkqjGSnR1DJCejhyZ5GDgjD5Ez8nDfe+hEiN9FcjFk7YVIPGvgpHaQsuENc6J2yRp7jZpaGbsk&#10;bI+gIF5DWvVBupri6+aMjSxWi5tVGg0Ppi7va2MiC4+H/Z1BdhJxMNMv9kEV/oA59GErfNXjUmqA&#10;GTv41FsTTdpDeX6mkgrDEy3aAF0vTe04qwB/vT1raeoL7n8eBSrOzDdLYxWfyBjgGOzHAIO5g/SQ&#10;kpDEbdd9F+hYpFnwQBPwCOPQinw0N0o0YeOXFr4cA+g6Op9mrWc+bGjSkxDDq4xP6XqfUJf/js1v&#10;AAAA//8DAFBLAwQUAAYACAAAACEAk61Lut8AAAAJAQAADwAAAGRycy9kb3ducmV2LnhtbEyPwU7D&#10;MAyG70i8Q2QkLoil3TrYStNpVAy4biDtmjWmqWic0mRbeXvMCY7+/en352I1uk6ccAitJwXpJAGB&#10;VHvTUqPg/W1zuwARoiajO0+o4BsDrMrLi0Lnxp9pi6ddbASXUMi1Ahtjn0sZaotOh4nvkXj34Qen&#10;I49DI82gz1zuOjlNkjvpdEt8weoeK4v15+7oFLRP6/l0v33cfNmXZbOvZPV681wpdX01rh9ARBzj&#10;Hwy/+qwOJTsd/JFMEJ2CWTabM6ogS5YgGFhk9xwcOEhTkGUh/39Q/gAAAP//AwBQSwECLQAUAAYA&#10;CAAAACEAtoM4kv4AAADhAQAAEwAAAAAAAAAAAAAAAAAAAAAAW0NvbnRlbnRfVHlwZXNdLnhtbFBL&#10;AQItABQABgAIAAAAIQA4/SH/1gAAAJQBAAALAAAAAAAAAAAAAAAAAC8BAABfcmVscy8ucmVsc1BL&#10;AQItABQABgAIAAAAIQCP3GUWIQIAAIMEAAAOAAAAAAAAAAAAAAAAAC4CAABkcnMvZTJvRG9jLnht&#10;bFBLAQItABQABgAIAAAAIQCTrUu63wAAAAkBAAAPAAAAAAAAAAAAAAAAAHsEAABkcnMvZG93bnJl&#10;di54bWxQSwUGAAAAAAQABADzAAAAhwUAAAAA&#10;" path="m,l3200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1DF8172C" w14:textId="0EF0CF7B" w:rsidR="006657D0" w:rsidRDefault="007169E3" w:rsidP="007169E3">
      <w:pPr>
        <w:spacing w:after="0"/>
        <w:jc w:val="center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 xml:space="preserve">NOME </w:t>
      </w:r>
      <w:r w:rsidR="006657D0" w:rsidRPr="006657D0">
        <w:rPr>
          <w:rFonts w:ascii="Times New Roman" w:hAnsi="Times New Roman" w:cs="Times New Roman"/>
          <w:lang w:val="pt-PT"/>
        </w:rPr>
        <w:t>DO PROPONENTE</w:t>
      </w:r>
    </w:p>
    <w:p w14:paraId="440ADE02" w14:textId="7D6270E8" w:rsidR="007169E3" w:rsidRDefault="007169E3" w:rsidP="007169E3">
      <w:pPr>
        <w:spacing w:after="0"/>
        <w:jc w:val="center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CPF: XXX.XXX.XXX-XX</w:t>
      </w:r>
    </w:p>
    <w:p w14:paraId="3EAE8BB2" w14:textId="0F034233" w:rsidR="007169E3" w:rsidRPr="006657D0" w:rsidRDefault="007169E3" w:rsidP="007169E3">
      <w:pPr>
        <w:spacing w:after="0"/>
        <w:jc w:val="center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(ASSINATURA)</w:t>
      </w:r>
    </w:p>
    <w:sectPr w:rsidR="007169E3" w:rsidRPr="006657D0" w:rsidSect="0084769E">
      <w:headerReference w:type="default" r:id="rId8"/>
      <w:pgSz w:w="12240" w:h="15840"/>
      <w:pgMar w:top="1701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EE576" w14:textId="77777777" w:rsidR="00AA1C39" w:rsidRDefault="00AA1C39" w:rsidP="00A00541">
      <w:pPr>
        <w:spacing w:after="0" w:line="240" w:lineRule="auto"/>
      </w:pPr>
      <w:r>
        <w:separator/>
      </w:r>
    </w:p>
  </w:endnote>
  <w:endnote w:type="continuationSeparator" w:id="0">
    <w:p w14:paraId="209712D8" w14:textId="77777777" w:rsidR="00AA1C39" w:rsidRDefault="00AA1C39" w:rsidP="00A00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3CAAB" w14:textId="77777777" w:rsidR="00AA1C39" w:rsidRDefault="00AA1C39" w:rsidP="00A00541">
      <w:pPr>
        <w:spacing w:after="0" w:line="240" w:lineRule="auto"/>
      </w:pPr>
      <w:r>
        <w:separator/>
      </w:r>
    </w:p>
  </w:footnote>
  <w:footnote w:type="continuationSeparator" w:id="0">
    <w:p w14:paraId="1C293E3B" w14:textId="77777777" w:rsidR="00AA1C39" w:rsidRDefault="00AA1C39" w:rsidP="00A005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B1C3F" w14:textId="19A55D37" w:rsidR="00A00541" w:rsidRDefault="00A00541" w:rsidP="00A00541">
    <w:pPr>
      <w:pStyle w:val="Cabealho"/>
      <w:tabs>
        <w:tab w:val="clear" w:pos="4680"/>
        <w:tab w:val="clear" w:pos="9360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77F5C8D7" wp14:editId="098CB22B">
          <wp:simplePos x="0" y="0"/>
          <wp:positionH relativeFrom="page">
            <wp:posOffset>28575</wp:posOffset>
          </wp:positionH>
          <wp:positionV relativeFrom="paragraph">
            <wp:posOffset>-476250</wp:posOffset>
          </wp:positionV>
          <wp:extent cx="7743825" cy="10090578"/>
          <wp:effectExtent l="0" t="0" r="0" b="6350"/>
          <wp:wrapNone/>
          <wp:docPr id="2143739740" name="Imagem 21437397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UNDAÇÃO CULTUR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1655" cy="101138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B73A47"/>
    <w:multiLevelType w:val="multilevel"/>
    <w:tmpl w:val="C4F0D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C3256A"/>
    <w:multiLevelType w:val="hybridMultilevel"/>
    <w:tmpl w:val="5C6AA7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501C50"/>
    <w:multiLevelType w:val="hybridMultilevel"/>
    <w:tmpl w:val="AF2225F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180B76"/>
    <w:multiLevelType w:val="multilevel"/>
    <w:tmpl w:val="CE38C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BA7FA8"/>
    <w:multiLevelType w:val="hybridMultilevel"/>
    <w:tmpl w:val="E7A41E6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01983">
    <w:abstractNumId w:val="8"/>
  </w:num>
  <w:num w:numId="2" w16cid:durableId="999847205">
    <w:abstractNumId w:val="6"/>
  </w:num>
  <w:num w:numId="3" w16cid:durableId="1884247249">
    <w:abstractNumId w:val="5"/>
  </w:num>
  <w:num w:numId="4" w16cid:durableId="785853187">
    <w:abstractNumId w:val="4"/>
  </w:num>
  <w:num w:numId="5" w16cid:durableId="1407606214">
    <w:abstractNumId w:val="7"/>
  </w:num>
  <w:num w:numId="6" w16cid:durableId="1188107590">
    <w:abstractNumId w:val="3"/>
  </w:num>
  <w:num w:numId="7" w16cid:durableId="973869387">
    <w:abstractNumId w:val="2"/>
  </w:num>
  <w:num w:numId="8" w16cid:durableId="993291967">
    <w:abstractNumId w:val="1"/>
  </w:num>
  <w:num w:numId="9" w16cid:durableId="430515716">
    <w:abstractNumId w:val="0"/>
  </w:num>
  <w:num w:numId="10" w16cid:durableId="862205534">
    <w:abstractNumId w:val="13"/>
  </w:num>
  <w:num w:numId="11" w16cid:durableId="908269134">
    <w:abstractNumId w:val="11"/>
  </w:num>
  <w:num w:numId="12" w16cid:durableId="1393233862">
    <w:abstractNumId w:val="10"/>
  </w:num>
  <w:num w:numId="13" w16cid:durableId="1170220693">
    <w:abstractNumId w:val="9"/>
  </w:num>
  <w:num w:numId="14" w16cid:durableId="10303729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44B"/>
    <w:rsid w:val="00085D76"/>
    <w:rsid w:val="0015074B"/>
    <w:rsid w:val="0016570D"/>
    <w:rsid w:val="001E2BB8"/>
    <w:rsid w:val="001F440A"/>
    <w:rsid w:val="00255740"/>
    <w:rsid w:val="002852C8"/>
    <w:rsid w:val="0029639D"/>
    <w:rsid w:val="00326F90"/>
    <w:rsid w:val="00391D2B"/>
    <w:rsid w:val="00556C17"/>
    <w:rsid w:val="00626354"/>
    <w:rsid w:val="006657D0"/>
    <w:rsid w:val="007169E3"/>
    <w:rsid w:val="00740F9D"/>
    <w:rsid w:val="00746617"/>
    <w:rsid w:val="0084769E"/>
    <w:rsid w:val="00943779"/>
    <w:rsid w:val="00995C0F"/>
    <w:rsid w:val="00A00541"/>
    <w:rsid w:val="00A15DCC"/>
    <w:rsid w:val="00A24740"/>
    <w:rsid w:val="00A6332B"/>
    <w:rsid w:val="00A65983"/>
    <w:rsid w:val="00A73240"/>
    <w:rsid w:val="00AA1C39"/>
    <w:rsid w:val="00AA1D8D"/>
    <w:rsid w:val="00B47730"/>
    <w:rsid w:val="00C557A3"/>
    <w:rsid w:val="00CB0664"/>
    <w:rsid w:val="00D3497F"/>
    <w:rsid w:val="00D506EC"/>
    <w:rsid w:val="00DC217A"/>
    <w:rsid w:val="00E03FC5"/>
    <w:rsid w:val="00E53B00"/>
    <w:rsid w:val="00E87AF9"/>
    <w:rsid w:val="00F602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2A2BDC"/>
  <w14:defaultImageDpi w14:val="300"/>
  <w15:docId w15:val="{45AE01C8-61E2-47DD-BE86-AC4FA2081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740F9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40F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87AF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428</Words>
  <Characters>2312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Fundação Cultural-2</cp:lastModifiedBy>
  <cp:revision>4</cp:revision>
  <dcterms:created xsi:type="dcterms:W3CDTF">2026-04-28T17:04:00Z</dcterms:created>
  <dcterms:modified xsi:type="dcterms:W3CDTF">2026-04-28T18:31:00Z</dcterms:modified>
  <cp:category/>
</cp:coreProperties>
</file>