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FFDDB" w14:textId="77777777" w:rsidR="006657D0" w:rsidRDefault="006657D0" w:rsidP="006657D0">
      <w:pPr>
        <w:spacing w:after="0"/>
        <w:jc w:val="both"/>
        <w:rPr>
          <w:rFonts w:ascii="Times New Roman" w:hAnsi="Times New Roman" w:cs="Times New Roman"/>
          <w:b/>
          <w:lang w:val="pt-PT"/>
        </w:rPr>
      </w:pPr>
    </w:p>
    <w:p w14:paraId="3BC4A599" w14:textId="77777777" w:rsidR="006657D0" w:rsidRDefault="006657D0" w:rsidP="006657D0">
      <w:pPr>
        <w:spacing w:after="0"/>
        <w:jc w:val="both"/>
        <w:rPr>
          <w:rFonts w:ascii="Times New Roman" w:hAnsi="Times New Roman" w:cs="Times New Roman"/>
          <w:b/>
          <w:lang w:val="pt-PT"/>
        </w:rPr>
      </w:pPr>
    </w:p>
    <w:p w14:paraId="4FA5EBF5" w14:textId="77777777" w:rsidR="00B253D5" w:rsidRDefault="00B253D5" w:rsidP="00255740">
      <w:pPr>
        <w:spacing w:after="0"/>
        <w:jc w:val="center"/>
        <w:rPr>
          <w:rFonts w:ascii="Times New Roman" w:hAnsi="Times New Roman" w:cs="Times New Roman"/>
          <w:b/>
          <w:lang w:val="pt-PT"/>
        </w:rPr>
      </w:pPr>
    </w:p>
    <w:p w14:paraId="17E660B8" w14:textId="6946793C" w:rsidR="006657D0" w:rsidRPr="006657D0" w:rsidRDefault="006657D0" w:rsidP="00255740">
      <w:pPr>
        <w:spacing w:after="0"/>
        <w:jc w:val="center"/>
        <w:rPr>
          <w:rFonts w:ascii="Times New Roman" w:hAnsi="Times New Roman" w:cs="Times New Roman"/>
          <w:b/>
          <w:lang w:val="pt-PT"/>
        </w:rPr>
      </w:pPr>
      <w:r w:rsidRPr="006657D0">
        <w:rPr>
          <w:rFonts w:ascii="Times New Roman" w:hAnsi="Times New Roman" w:cs="Times New Roman"/>
          <w:b/>
          <w:lang w:val="pt-PT"/>
        </w:rPr>
        <w:t>EDITAL Nº 003/2026  APOIO AS QUADRILHAS JUNINAS</w:t>
      </w:r>
    </w:p>
    <w:p w14:paraId="7C193706" w14:textId="77777777" w:rsidR="006657D0" w:rsidRPr="006657D0" w:rsidRDefault="006657D0" w:rsidP="00255740">
      <w:pPr>
        <w:spacing w:after="0"/>
        <w:jc w:val="center"/>
        <w:rPr>
          <w:rFonts w:ascii="Times New Roman" w:hAnsi="Times New Roman" w:cs="Times New Roman"/>
          <w:b/>
          <w:lang w:val="pt-PT"/>
        </w:rPr>
      </w:pPr>
    </w:p>
    <w:p w14:paraId="6E60EC9E" w14:textId="77777777" w:rsidR="006657D0" w:rsidRPr="006657D0" w:rsidRDefault="006657D0" w:rsidP="00255740">
      <w:pPr>
        <w:spacing w:after="0"/>
        <w:jc w:val="center"/>
        <w:rPr>
          <w:rFonts w:ascii="Times New Roman" w:hAnsi="Times New Roman" w:cs="Times New Roman"/>
          <w:b/>
          <w:lang w:val="pt-PT"/>
        </w:rPr>
      </w:pPr>
      <w:r w:rsidRPr="006657D0">
        <w:rPr>
          <w:rFonts w:ascii="Times New Roman" w:hAnsi="Times New Roman" w:cs="Times New Roman"/>
          <w:b/>
          <w:lang w:val="pt-PT"/>
        </w:rPr>
        <w:t>ANEXO II - CARTA DE ANUÊNCIA DE GRUPO OU COLETIVO CULTURAL</w:t>
      </w:r>
    </w:p>
    <w:p w14:paraId="17626AF4" w14:textId="77777777" w:rsidR="006657D0" w:rsidRPr="006657D0" w:rsidRDefault="006657D0" w:rsidP="006657D0">
      <w:pPr>
        <w:spacing w:after="0"/>
        <w:jc w:val="both"/>
        <w:rPr>
          <w:rFonts w:ascii="Times New Roman" w:hAnsi="Times New Roman" w:cs="Times New Roman"/>
          <w:lang w:val="pt-PT"/>
        </w:rPr>
      </w:pPr>
    </w:p>
    <w:p w14:paraId="35ADC85D" w14:textId="77777777" w:rsidR="006657D0" w:rsidRPr="006657D0" w:rsidRDefault="006657D0" w:rsidP="006657D0">
      <w:pPr>
        <w:spacing w:after="0"/>
        <w:jc w:val="both"/>
        <w:rPr>
          <w:rFonts w:ascii="Times New Roman" w:hAnsi="Times New Roman" w:cs="Times New Roman"/>
          <w:lang w:val="pt-PT"/>
        </w:rPr>
      </w:pPr>
    </w:p>
    <w:p w14:paraId="66EC7AB0" w14:textId="77777777" w:rsidR="006657D0" w:rsidRPr="006657D0" w:rsidRDefault="006657D0" w:rsidP="006657D0">
      <w:pPr>
        <w:spacing w:after="0"/>
        <w:jc w:val="both"/>
        <w:rPr>
          <w:rFonts w:ascii="Times New Roman" w:hAnsi="Times New Roman" w:cs="Times New Roman"/>
          <w:lang w:val="pt-PT"/>
        </w:rPr>
      </w:pPr>
      <w:r w:rsidRPr="006657D0">
        <w:rPr>
          <w:rFonts w:ascii="Times New Roman" w:hAnsi="Times New Roman" w:cs="Times New Roman"/>
          <w:lang w:val="pt-PT"/>
        </w:rPr>
        <w:t xml:space="preserve">Nós, membros do grupo/coletivo </w:t>
      </w:r>
      <w:r w:rsidRPr="006657D0">
        <w:rPr>
          <w:rFonts w:ascii="Times New Roman" w:hAnsi="Times New Roman" w:cs="Times New Roman"/>
          <w:b/>
          <w:lang w:val="pt-PT"/>
        </w:rPr>
        <w:t xml:space="preserve">(Nome do grupo/ coletivo) </w:t>
      </w:r>
      <w:r w:rsidRPr="006657D0">
        <w:rPr>
          <w:rFonts w:ascii="Times New Roman" w:hAnsi="Times New Roman" w:cs="Times New Roman"/>
          <w:lang w:val="pt-PT"/>
        </w:rPr>
        <w:t xml:space="preserve">declaramos anuência ao cadastramento ora apresentado para inscrição no referido Edital. Para tanto, indicamos o(a) Sr(a) </w:t>
      </w:r>
      <w:r w:rsidRPr="006657D0">
        <w:rPr>
          <w:rFonts w:ascii="Times New Roman" w:hAnsi="Times New Roman" w:cs="Times New Roman"/>
          <w:b/>
          <w:lang w:val="pt-PT"/>
        </w:rPr>
        <w:t>(Nome do Representante do Grupo)</w:t>
      </w:r>
      <w:r w:rsidRPr="006657D0">
        <w:rPr>
          <w:rFonts w:ascii="Times New Roman" w:hAnsi="Times New Roman" w:cs="Times New Roman"/>
          <w:lang w:val="pt-PT"/>
        </w:rPr>
        <w:t xml:space="preserve">, RG: </w:t>
      </w:r>
      <w:r w:rsidRPr="006657D0">
        <w:rPr>
          <w:rFonts w:ascii="Times New Roman" w:hAnsi="Times New Roman" w:cs="Times New Roman"/>
          <w:b/>
          <w:lang w:val="pt-PT"/>
        </w:rPr>
        <w:t>XXXXXXXX, XXX/UF</w:t>
      </w:r>
      <w:r w:rsidRPr="006657D0">
        <w:rPr>
          <w:rFonts w:ascii="Times New Roman" w:hAnsi="Times New Roman" w:cs="Times New Roman"/>
          <w:lang w:val="pt-PT"/>
        </w:rPr>
        <w:t xml:space="preserve">, CPF: </w:t>
      </w:r>
      <w:r w:rsidRPr="006657D0">
        <w:rPr>
          <w:rFonts w:ascii="Times New Roman" w:hAnsi="Times New Roman" w:cs="Times New Roman"/>
          <w:b/>
          <w:lang w:val="pt-PT"/>
        </w:rPr>
        <w:t>XXX.XXX.XXX-XX</w:t>
      </w:r>
      <w:r w:rsidRPr="006657D0">
        <w:rPr>
          <w:rFonts w:ascii="Times New Roman" w:hAnsi="Times New Roman" w:cs="Times New Roman"/>
          <w:lang w:val="pt-PT"/>
        </w:rPr>
        <w:t>, como nosso(a) representante e responsável pelo cadastramento para fins de prova junto à Fundação Cultural. O grupo/coletivo está ciente de que o(a) representante acima indicado(a) será o(a) responsável pelo recebimento do recurso a ser pago no caso do grupo ser contemplado. O coletivo/grupo é composto pelos membros abaixo listados:</w:t>
      </w:r>
    </w:p>
    <w:p w14:paraId="192BA927" w14:textId="77777777" w:rsidR="006657D0" w:rsidRPr="006657D0" w:rsidRDefault="006657D0" w:rsidP="006657D0">
      <w:pPr>
        <w:spacing w:after="0"/>
        <w:jc w:val="both"/>
        <w:rPr>
          <w:rFonts w:ascii="Times New Roman" w:hAnsi="Times New Roman" w:cs="Times New Roman"/>
          <w:lang w:val="pt-PT"/>
        </w:rPr>
      </w:pPr>
      <w:r w:rsidRPr="006657D0">
        <w:rPr>
          <w:rFonts w:ascii="Times New Roman" w:hAnsi="Times New Roman" w:cs="Times New Roman"/>
          <w:b/>
          <w:lang w:val="pt-PT"/>
        </w:rPr>
        <w:t>NOTA EXPLICATIVA</w:t>
      </w:r>
      <w:r w:rsidRPr="006657D0">
        <w:rPr>
          <w:rFonts w:ascii="Times New Roman" w:hAnsi="Times New Roman" w:cs="Times New Roman"/>
          <w:lang w:val="pt-PT"/>
        </w:rPr>
        <w:t>: Resta obrigatório o preenchimento de todas as informações solicitadas abaixo. O campo de assinatura é obrigatório, em havendo dúvidas ou impugnação em relação à assinatura, poderá ser solicitada ao grupo a apresentação de cópia do documento de identidade do membro do grupo. O documento deve estar assinado pelo representante e todos os integrantes do grupo/coletivo.</w:t>
      </w:r>
    </w:p>
    <w:p w14:paraId="3B04F045" w14:textId="77777777" w:rsidR="006657D0" w:rsidRPr="006657D0" w:rsidRDefault="006657D0" w:rsidP="006657D0">
      <w:pPr>
        <w:spacing w:after="0"/>
        <w:jc w:val="both"/>
        <w:rPr>
          <w:rFonts w:ascii="Times New Roman" w:hAnsi="Times New Roman" w:cs="Times New Roman"/>
          <w:lang w:val="pt-PT"/>
        </w:rPr>
      </w:pPr>
      <w:r w:rsidRPr="006657D0">
        <w:rPr>
          <w:rFonts w:ascii="Times New Roman" w:hAnsi="Times New Roman" w:cs="Times New Roman"/>
          <w:lang w:val="pt-PT"/>
        </w:rPr>
        <w:t>OBS: NÃO SERÁ PERMITIDA A COMPLEMENTAÇÃO DOS DADOS A POSTERIORI. E HAVENDO INDÍCIOS DE IRREGULARIDADE A PROPOSTA SERÁ DESCLASSIFICADA.</w:t>
      </w:r>
    </w:p>
    <w:p w14:paraId="47825C42" w14:textId="77777777" w:rsidR="006657D0" w:rsidRPr="006657D0" w:rsidRDefault="006657D0" w:rsidP="006657D0">
      <w:pPr>
        <w:spacing w:after="0"/>
        <w:jc w:val="both"/>
        <w:rPr>
          <w:rFonts w:ascii="Times New Roman" w:hAnsi="Times New Roman" w:cs="Times New Roman"/>
          <w:b/>
          <w:lang w:val="pt-PT"/>
        </w:rPr>
      </w:pPr>
    </w:p>
    <w:p w14:paraId="6F1A3DF8" w14:textId="77777777" w:rsidR="006657D0" w:rsidRPr="006657D0" w:rsidRDefault="006657D0" w:rsidP="006657D0">
      <w:pPr>
        <w:spacing w:after="0"/>
        <w:jc w:val="both"/>
        <w:rPr>
          <w:rFonts w:ascii="Times New Roman" w:hAnsi="Times New Roman" w:cs="Times New Roman"/>
          <w:lang w:val="pt-PT"/>
        </w:rPr>
      </w:pPr>
      <w:r w:rsidRPr="006657D0">
        <w:rPr>
          <w:rFonts w:ascii="Times New Roman" w:hAnsi="Times New Roman" w:cs="Times New Roman"/>
          <w:lang w:val="pt-PT"/>
        </w:rPr>
        <w:t>Serra Talhada –PE</w:t>
      </w:r>
      <w:r w:rsidRPr="006657D0">
        <w:rPr>
          <w:rFonts w:ascii="Times New Roman" w:hAnsi="Times New Roman" w:cs="Times New Roman"/>
          <w:lang w:val="pt-PT"/>
        </w:rPr>
        <w:tab/>
        <w:t>de</w:t>
      </w:r>
      <w:r w:rsidRPr="006657D0">
        <w:rPr>
          <w:rFonts w:ascii="Times New Roman" w:hAnsi="Times New Roman" w:cs="Times New Roman"/>
          <w:lang w:val="pt-PT"/>
        </w:rPr>
        <w:tab/>
      </w:r>
      <w:r w:rsidRPr="006657D0">
        <w:rPr>
          <w:rFonts w:ascii="Times New Roman" w:hAnsi="Times New Roman" w:cs="Times New Roman"/>
          <w:b/>
          <w:lang w:val="pt-PT"/>
        </w:rPr>
        <w:t>de 2026.</w:t>
      </w:r>
    </w:p>
    <w:p w14:paraId="5CC845CF" w14:textId="77777777" w:rsidR="006657D0" w:rsidRPr="006657D0" w:rsidRDefault="006657D0" w:rsidP="006657D0">
      <w:pPr>
        <w:spacing w:after="0"/>
        <w:jc w:val="both"/>
        <w:rPr>
          <w:rFonts w:ascii="Times New Roman" w:hAnsi="Times New Roman" w:cs="Times New Roman"/>
          <w:lang w:val="pt-PT"/>
        </w:rPr>
      </w:pPr>
    </w:p>
    <w:p w14:paraId="0A2AF3A3" w14:textId="77777777" w:rsidR="006657D0" w:rsidRPr="006657D0" w:rsidRDefault="006657D0" w:rsidP="006657D0">
      <w:pPr>
        <w:spacing w:after="0"/>
        <w:jc w:val="both"/>
        <w:rPr>
          <w:rFonts w:ascii="Times New Roman" w:hAnsi="Times New Roman" w:cs="Times New Roman"/>
          <w:b/>
          <w:lang w:val="pt-PT"/>
        </w:rPr>
      </w:pPr>
      <w:r w:rsidRPr="006657D0">
        <w:rPr>
          <w:rFonts w:ascii="Times New Roman" w:hAnsi="Times New Roman" w:cs="Times New Roman"/>
          <w:lang w:val="pt-PT"/>
        </w:rPr>
        <w:t xml:space="preserve">MEMBRO 1 NOME: (NOME COMPLETO DO MEMBRO) RG: </w:t>
      </w:r>
      <w:r w:rsidRPr="006657D0">
        <w:rPr>
          <w:rFonts w:ascii="Times New Roman" w:hAnsi="Times New Roman" w:cs="Times New Roman"/>
          <w:b/>
          <w:lang w:val="pt-PT"/>
        </w:rPr>
        <w:t>/UF</w:t>
      </w:r>
    </w:p>
    <w:p w14:paraId="2CD17B19" w14:textId="77777777" w:rsidR="006657D0" w:rsidRPr="006657D0" w:rsidRDefault="006657D0" w:rsidP="006657D0">
      <w:pPr>
        <w:spacing w:after="0"/>
        <w:jc w:val="both"/>
        <w:rPr>
          <w:rFonts w:ascii="Times New Roman" w:hAnsi="Times New Roman" w:cs="Times New Roman"/>
          <w:lang w:val="pt-PT"/>
        </w:rPr>
      </w:pPr>
      <w:r w:rsidRPr="006657D0">
        <w:rPr>
          <w:rFonts w:ascii="Times New Roman" w:hAnsi="Times New Roman" w:cs="Times New Roman"/>
          <w:lang w:val="pt-PT"/>
        </w:rPr>
        <w:t>CPF:</w:t>
      </w:r>
    </w:p>
    <w:p w14:paraId="7B6C4179" w14:textId="77777777" w:rsidR="006657D0" w:rsidRPr="006657D0" w:rsidRDefault="006657D0" w:rsidP="006657D0">
      <w:pPr>
        <w:spacing w:after="0"/>
        <w:jc w:val="both"/>
        <w:rPr>
          <w:rFonts w:ascii="Times New Roman" w:hAnsi="Times New Roman" w:cs="Times New Roman"/>
          <w:b/>
          <w:lang w:val="pt-PT"/>
        </w:rPr>
      </w:pPr>
      <w:r w:rsidRPr="006657D0">
        <w:rPr>
          <w:rFonts w:ascii="Times New Roman" w:hAnsi="Times New Roman" w:cs="Times New Roman"/>
          <w:lang w:val="pt-PT"/>
        </w:rPr>
        <w:t xml:space="preserve">ENDEREÇO: </w:t>
      </w:r>
      <w:r w:rsidRPr="006657D0">
        <w:rPr>
          <w:rFonts w:ascii="Times New Roman" w:hAnsi="Times New Roman" w:cs="Times New Roman"/>
          <w:b/>
          <w:lang w:val="pt-PT"/>
        </w:rPr>
        <w:t>(Rua/Avenida/ Nº, Complemento, Bairro, Cidade)</w:t>
      </w:r>
    </w:p>
    <w:p w14:paraId="0318C588" w14:textId="77777777" w:rsidR="006657D0" w:rsidRPr="006657D0" w:rsidRDefault="006657D0" w:rsidP="006657D0">
      <w:pPr>
        <w:spacing w:after="0"/>
        <w:jc w:val="both"/>
        <w:rPr>
          <w:rFonts w:ascii="Times New Roman" w:hAnsi="Times New Roman" w:cs="Times New Roman"/>
          <w:b/>
          <w:lang w:val="pt-PT"/>
        </w:rPr>
      </w:pPr>
      <w:r w:rsidRPr="006657D0">
        <w:rPr>
          <w:rFonts w:ascii="Times New Roman" w:hAnsi="Times New Roman" w:cs="Times New Roman"/>
          <w:lang w:val="pt-PT"/>
        </w:rPr>
        <w:t xml:space="preserve">TELEFONE PARA CONTATO: </w:t>
      </w:r>
      <w:r w:rsidRPr="006657D0">
        <w:rPr>
          <w:rFonts w:ascii="Times New Roman" w:hAnsi="Times New Roman" w:cs="Times New Roman"/>
          <w:b/>
          <w:lang w:val="pt-PT"/>
        </w:rPr>
        <w:t>(</w:t>
      </w:r>
      <w:r w:rsidRPr="006657D0">
        <w:rPr>
          <w:rFonts w:ascii="Times New Roman" w:hAnsi="Times New Roman" w:cs="Times New Roman"/>
          <w:b/>
          <w:lang w:val="pt-PT"/>
        </w:rPr>
        <w:tab/>
        <w:t>)</w:t>
      </w:r>
    </w:p>
    <w:p w14:paraId="685EAE92" w14:textId="77777777" w:rsidR="006657D0" w:rsidRPr="006657D0" w:rsidRDefault="006657D0" w:rsidP="006657D0">
      <w:pPr>
        <w:spacing w:after="0"/>
        <w:jc w:val="both"/>
        <w:rPr>
          <w:rFonts w:ascii="Times New Roman" w:hAnsi="Times New Roman" w:cs="Times New Roman"/>
          <w:lang w:val="pt-PT"/>
        </w:rPr>
      </w:pPr>
      <w:r w:rsidRPr="006657D0">
        <w:rPr>
          <w:rFonts w:ascii="Times New Roman" w:hAnsi="Times New Roman" w:cs="Times New Roman"/>
          <w:lang w:val="pt-PT"/>
        </w:rPr>
        <w:t xml:space="preserve">ASSINATURA: </w:t>
      </w:r>
      <w:r w:rsidRPr="006657D0">
        <w:rPr>
          <w:rFonts w:ascii="Times New Roman" w:hAnsi="Times New Roman" w:cs="Times New Roman"/>
          <w:u w:val="single"/>
          <w:lang w:val="pt-PT"/>
        </w:rPr>
        <w:tab/>
      </w:r>
    </w:p>
    <w:p w14:paraId="135C11C7" w14:textId="77777777" w:rsidR="006657D0" w:rsidRPr="006657D0" w:rsidRDefault="006657D0" w:rsidP="006657D0">
      <w:pPr>
        <w:spacing w:after="0"/>
        <w:jc w:val="both"/>
        <w:rPr>
          <w:rFonts w:ascii="Times New Roman" w:hAnsi="Times New Roman" w:cs="Times New Roman"/>
          <w:lang w:val="pt-PT"/>
        </w:rPr>
      </w:pPr>
    </w:p>
    <w:p w14:paraId="4E22B7A3" w14:textId="77777777" w:rsidR="006657D0" w:rsidRPr="006657D0" w:rsidRDefault="006657D0" w:rsidP="006657D0">
      <w:pPr>
        <w:spacing w:after="0"/>
        <w:jc w:val="both"/>
        <w:rPr>
          <w:rFonts w:ascii="Times New Roman" w:hAnsi="Times New Roman" w:cs="Times New Roman"/>
          <w:b/>
          <w:lang w:val="pt-PT"/>
        </w:rPr>
      </w:pPr>
      <w:r w:rsidRPr="006657D0">
        <w:rPr>
          <w:rFonts w:ascii="Times New Roman" w:hAnsi="Times New Roman" w:cs="Times New Roman"/>
          <w:lang w:val="pt-PT"/>
        </w:rPr>
        <w:t xml:space="preserve">MEMBRO 2 NOME: (NOME COMPLETO DO MEMBRO) RG: </w:t>
      </w:r>
      <w:r w:rsidRPr="006657D0">
        <w:rPr>
          <w:rFonts w:ascii="Times New Roman" w:hAnsi="Times New Roman" w:cs="Times New Roman"/>
          <w:b/>
          <w:lang w:val="pt-PT"/>
        </w:rPr>
        <w:t>/UF</w:t>
      </w:r>
    </w:p>
    <w:p w14:paraId="24EBD8D6" w14:textId="77777777" w:rsidR="006657D0" w:rsidRPr="006657D0" w:rsidRDefault="006657D0" w:rsidP="006657D0">
      <w:pPr>
        <w:spacing w:after="0"/>
        <w:jc w:val="both"/>
        <w:rPr>
          <w:rFonts w:ascii="Times New Roman" w:hAnsi="Times New Roman" w:cs="Times New Roman"/>
          <w:lang w:val="pt-PT"/>
        </w:rPr>
      </w:pPr>
      <w:r w:rsidRPr="006657D0">
        <w:rPr>
          <w:rFonts w:ascii="Times New Roman" w:hAnsi="Times New Roman" w:cs="Times New Roman"/>
          <w:lang w:val="pt-PT"/>
        </w:rPr>
        <w:t>CPF:</w:t>
      </w:r>
    </w:p>
    <w:p w14:paraId="06EA3D72" w14:textId="77777777" w:rsidR="006657D0" w:rsidRPr="006657D0" w:rsidRDefault="006657D0" w:rsidP="006657D0">
      <w:pPr>
        <w:spacing w:after="0"/>
        <w:jc w:val="both"/>
        <w:rPr>
          <w:rFonts w:ascii="Times New Roman" w:hAnsi="Times New Roman" w:cs="Times New Roman"/>
          <w:b/>
          <w:lang w:val="pt-PT"/>
        </w:rPr>
      </w:pPr>
      <w:r w:rsidRPr="006657D0">
        <w:rPr>
          <w:rFonts w:ascii="Times New Roman" w:hAnsi="Times New Roman" w:cs="Times New Roman"/>
          <w:lang w:val="pt-PT"/>
        </w:rPr>
        <w:t xml:space="preserve">ENDEREÇO: </w:t>
      </w:r>
      <w:r w:rsidRPr="006657D0">
        <w:rPr>
          <w:rFonts w:ascii="Times New Roman" w:hAnsi="Times New Roman" w:cs="Times New Roman"/>
          <w:b/>
          <w:lang w:val="pt-PT"/>
        </w:rPr>
        <w:t>(Rua/Avenida/ Nº, Complemento, Bairro, Cidade)</w:t>
      </w:r>
    </w:p>
    <w:p w14:paraId="6343FEA0" w14:textId="77777777" w:rsidR="006657D0" w:rsidRPr="006657D0" w:rsidRDefault="006657D0" w:rsidP="006657D0">
      <w:pPr>
        <w:spacing w:after="0"/>
        <w:jc w:val="both"/>
        <w:rPr>
          <w:rFonts w:ascii="Times New Roman" w:hAnsi="Times New Roman" w:cs="Times New Roman"/>
          <w:b/>
          <w:lang w:val="pt-PT"/>
        </w:rPr>
      </w:pPr>
      <w:r w:rsidRPr="006657D0">
        <w:rPr>
          <w:rFonts w:ascii="Times New Roman" w:hAnsi="Times New Roman" w:cs="Times New Roman"/>
          <w:lang w:val="pt-PT"/>
        </w:rPr>
        <w:t xml:space="preserve">TELEFONE PARA CONTATO: </w:t>
      </w:r>
      <w:r w:rsidRPr="006657D0">
        <w:rPr>
          <w:rFonts w:ascii="Times New Roman" w:hAnsi="Times New Roman" w:cs="Times New Roman"/>
          <w:b/>
          <w:lang w:val="pt-PT"/>
        </w:rPr>
        <w:t>(</w:t>
      </w:r>
      <w:r w:rsidRPr="006657D0">
        <w:rPr>
          <w:rFonts w:ascii="Times New Roman" w:hAnsi="Times New Roman" w:cs="Times New Roman"/>
          <w:b/>
          <w:lang w:val="pt-PT"/>
        </w:rPr>
        <w:tab/>
        <w:t>)</w:t>
      </w:r>
    </w:p>
    <w:p w14:paraId="428C3384" w14:textId="77777777" w:rsidR="006657D0" w:rsidRPr="006657D0" w:rsidRDefault="006657D0" w:rsidP="006657D0">
      <w:pPr>
        <w:spacing w:after="0"/>
        <w:jc w:val="both"/>
        <w:rPr>
          <w:rFonts w:ascii="Times New Roman" w:hAnsi="Times New Roman" w:cs="Times New Roman"/>
          <w:lang w:val="pt-PT"/>
        </w:rPr>
      </w:pPr>
      <w:r w:rsidRPr="006657D0">
        <w:rPr>
          <w:rFonts w:ascii="Times New Roman" w:hAnsi="Times New Roman" w:cs="Times New Roman"/>
          <w:lang w:val="pt-PT"/>
        </w:rPr>
        <w:t xml:space="preserve">ASSINATURA: </w:t>
      </w:r>
      <w:r w:rsidRPr="006657D0">
        <w:rPr>
          <w:rFonts w:ascii="Times New Roman" w:hAnsi="Times New Roman" w:cs="Times New Roman"/>
          <w:u w:val="single"/>
          <w:lang w:val="pt-PT"/>
        </w:rPr>
        <w:tab/>
      </w:r>
    </w:p>
    <w:p w14:paraId="17A11E4E" w14:textId="77777777" w:rsidR="006657D0" w:rsidRPr="006657D0" w:rsidRDefault="006657D0" w:rsidP="006657D0">
      <w:pPr>
        <w:spacing w:after="0"/>
        <w:jc w:val="both"/>
        <w:rPr>
          <w:rFonts w:ascii="Times New Roman" w:hAnsi="Times New Roman" w:cs="Times New Roman"/>
          <w:lang w:val="pt-PT"/>
        </w:rPr>
      </w:pPr>
    </w:p>
    <w:p w14:paraId="1B145787" w14:textId="77777777" w:rsidR="006657D0" w:rsidRPr="006657D0" w:rsidRDefault="006657D0" w:rsidP="006657D0">
      <w:pPr>
        <w:spacing w:after="0"/>
        <w:jc w:val="both"/>
        <w:rPr>
          <w:rFonts w:ascii="Times New Roman" w:hAnsi="Times New Roman" w:cs="Times New Roman"/>
          <w:b/>
          <w:lang w:val="pt-PT"/>
        </w:rPr>
      </w:pPr>
      <w:r w:rsidRPr="006657D0">
        <w:rPr>
          <w:rFonts w:ascii="Times New Roman" w:hAnsi="Times New Roman" w:cs="Times New Roman"/>
          <w:lang w:val="pt-PT"/>
        </w:rPr>
        <w:t xml:space="preserve">MEMBRO 3 NOME: (NOME COMPLETO DO MEMBRO) RG: </w:t>
      </w:r>
      <w:r w:rsidRPr="006657D0">
        <w:rPr>
          <w:rFonts w:ascii="Times New Roman" w:hAnsi="Times New Roman" w:cs="Times New Roman"/>
          <w:b/>
          <w:lang w:val="pt-PT"/>
        </w:rPr>
        <w:t>/UF</w:t>
      </w:r>
    </w:p>
    <w:p w14:paraId="766E8A91" w14:textId="77777777" w:rsidR="006657D0" w:rsidRPr="006657D0" w:rsidRDefault="006657D0" w:rsidP="006657D0">
      <w:pPr>
        <w:spacing w:after="0"/>
        <w:jc w:val="both"/>
        <w:rPr>
          <w:rFonts w:ascii="Times New Roman" w:hAnsi="Times New Roman" w:cs="Times New Roman"/>
          <w:lang w:val="pt-PT"/>
        </w:rPr>
      </w:pPr>
      <w:r w:rsidRPr="006657D0">
        <w:rPr>
          <w:rFonts w:ascii="Times New Roman" w:hAnsi="Times New Roman" w:cs="Times New Roman"/>
          <w:lang w:val="pt-PT"/>
        </w:rPr>
        <w:t>CPF:</w:t>
      </w:r>
    </w:p>
    <w:p w14:paraId="09C6C32E" w14:textId="77777777" w:rsidR="006657D0" w:rsidRPr="006657D0" w:rsidRDefault="006657D0" w:rsidP="006657D0">
      <w:pPr>
        <w:spacing w:after="0"/>
        <w:jc w:val="both"/>
        <w:rPr>
          <w:rFonts w:ascii="Times New Roman" w:hAnsi="Times New Roman" w:cs="Times New Roman"/>
          <w:b/>
          <w:lang w:val="pt-PT"/>
        </w:rPr>
      </w:pPr>
      <w:r w:rsidRPr="006657D0">
        <w:rPr>
          <w:rFonts w:ascii="Times New Roman" w:hAnsi="Times New Roman" w:cs="Times New Roman"/>
          <w:lang w:val="pt-PT"/>
        </w:rPr>
        <w:t xml:space="preserve">ENDEREÇO: </w:t>
      </w:r>
      <w:r w:rsidRPr="006657D0">
        <w:rPr>
          <w:rFonts w:ascii="Times New Roman" w:hAnsi="Times New Roman" w:cs="Times New Roman"/>
          <w:b/>
          <w:lang w:val="pt-PT"/>
        </w:rPr>
        <w:t>(Rua/Avenida/ Nº, Complemento, Bairro, Cidade)</w:t>
      </w:r>
    </w:p>
    <w:p w14:paraId="293A81C5" w14:textId="77777777" w:rsidR="006657D0" w:rsidRPr="006657D0" w:rsidRDefault="006657D0" w:rsidP="006657D0">
      <w:pPr>
        <w:spacing w:after="0"/>
        <w:jc w:val="both"/>
        <w:rPr>
          <w:rFonts w:ascii="Times New Roman" w:hAnsi="Times New Roman" w:cs="Times New Roman"/>
          <w:b/>
          <w:lang w:val="pt-PT"/>
        </w:rPr>
      </w:pPr>
      <w:r w:rsidRPr="006657D0">
        <w:rPr>
          <w:rFonts w:ascii="Times New Roman" w:hAnsi="Times New Roman" w:cs="Times New Roman"/>
          <w:lang w:val="pt-PT"/>
        </w:rPr>
        <w:t xml:space="preserve">TELEFONE PARA CONTATO: </w:t>
      </w:r>
      <w:r w:rsidRPr="006657D0">
        <w:rPr>
          <w:rFonts w:ascii="Times New Roman" w:hAnsi="Times New Roman" w:cs="Times New Roman"/>
          <w:b/>
          <w:lang w:val="pt-PT"/>
        </w:rPr>
        <w:t>(</w:t>
      </w:r>
      <w:r w:rsidRPr="006657D0">
        <w:rPr>
          <w:rFonts w:ascii="Times New Roman" w:hAnsi="Times New Roman" w:cs="Times New Roman"/>
          <w:b/>
          <w:lang w:val="pt-PT"/>
        </w:rPr>
        <w:tab/>
        <w:t>)</w:t>
      </w:r>
    </w:p>
    <w:p w14:paraId="57CCF53D" w14:textId="4B281805" w:rsidR="006657D0" w:rsidRPr="006657D0" w:rsidRDefault="006657D0" w:rsidP="000A7F88">
      <w:pPr>
        <w:spacing w:after="0"/>
        <w:jc w:val="both"/>
        <w:rPr>
          <w:rFonts w:ascii="Times New Roman" w:hAnsi="Times New Roman" w:cs="Times New Roman"/>
          <w:b/>
          <w:lang w:val="pt-PT"/>
        </w:rPr>
      </w:pPr>
      <w:r w:rsidRPr="006657D0">
        <w:rPr>
          <w:rFonts w:ascii="Times New Roman" w:hAnsi="Times New Roman" w:cs="Times New Roman"/>
          <w:lang w:val="pt-PT"/>
        </w:rPr>
        <w:t>ASSINATURA</w:t>
      </w:r>
      <w:r w:rsidR="000A7F88">
        <w:rPr>
          <w:rFonts w:ascii="Times New Roman" w:hAnsi="Times New Roman" w:cs="Times New Roman"/>
          <w:lang w:val="pt-PT"/>
        </w:rPr>
        <w:t>:</w:t>
      </w:r>
    </w:p>
    <w:sectPr w:rsidR="006657D0" w:rsidRPr="006657D0" w:rsidSect="00B253D5">
      <w:headerReference w:type="default" r:id="rId8"/>
      <w:pgSz w:w="11920" w:h="16850"/>
      <w:pgMar w:top="1701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06A47" w14:textId="77777777" w:rsidR="000E4A0B" w:rsidRDefault="000E4A0B" w:rsidP="00A00541">
      <w:pPr>
        <w:spacing w:after="0" w:line="240" w:lineRule="auto"/>
      </w:pPr>
      <w:r>
        <w:separator/>
      </w:r>
    </w:p>
  </w:endnote>
  <w:endnote w:type="continuationSeparator" w:id="0">
    <w:p w14:paraId="7CC4222C" w14:textId="77777777" w:rsidR="000E4A0B" w:rsidRDefault="000E4A0B" w:rsidP="00A00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6A3BE" w14:textId="77777777" w:rsidR="000E4A0B" w:rsidRDefault="000E4A0B" w:rsidP="00A00541">
      <w:pPr>
        <w:spacing w:after="0" w:line="240" w:lineRule="auto"/>
      </w:pPr>
      <w:r>
        <w:separator/>
      </w:r>
    </w:p>
  </w:footnote>
  <w:footnote w:type="continuationSeparator" w:id="0">
    <w:p w14:paraId="5C3FA035" w14:textId="77777777" w:rsidR="000E4A0B" w:rsidRDefault="000E4A0B" w:rsidP="00A005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B1C3F" w14:textId="19A55D37" w:rsidR="00A00541" w:rsidRDefault="00A00541" w:rsidP="00A00541">
    <w:pPr>
      <w:pStyle w:val="Cabealho"/>
      <w:tabs>
        <w:tab w:val="clear" w:pos="4680"/>
        <w:tab w:val="clear" w:pos="9360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77F5C8D7" wp14:editId="098CB22B">
          <wp:simplePos x="0" y="0"/>
          <wp:positionH relativeFrom="page">
            <wp:posOffset>28575</wp:posOffset>
          </wp:positionH>
          <wp:positionV relativeFrom="paragraph">
            <wp:posOffset>-476250</wp:posOffset>
          </wp:positionV>
          <wp:extent cx="7743825" cy="10090578"/>
          <wp:effectExtent l="0" t="0" r="0" b="635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UNDAÇÃO CULTUR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655" cy="101138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CC3256A"/>
    <w:multiLevelType w:val="hybridMultilevel"/>
    <w:tmpl w:val="5C6AA7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501C50"/>
    <w:multiLevelType w:val="hybridMultilevel"/>
    <w:tmpl w:val="AF2225F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BA7FA8"/>
    <w:multiLevelType w:val="hybridMultilevel"/>
    <w:tmpl w:val="E7A41E6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01983">
    <w:abstractNumId w:val="8"/>
  </w:num>
  <w:num w:numId="2" w16cid:durableId="999847205">
    <w:abstractNumId w:val="6"/>
  </w:num>
  <w:num w:numId="3" w16cid:durableId="1884247249">
    <w:abstractNumId w:val="5"/>
  </w:num>
  <w:num w:numId="4" w16cid:durableId="785853187">
    <w:abstractNumId w:val="4"/>
  </w:num>
  <w:num w:numId="5" w16cid:durableId="1407606214">
    <w:abstractNumId w:val="7"/>
  </w:num>
  <w:num w:numId="6" w16cid:durableId="1188107590">
    <w:abstractNumId w:val="3"/>
  </w:num>
  <w:num w:numId="7" w16cid:durableId="973869387">
    <w:abstractNumId w:val="2"/>
  </w:num>
  <w:num w:numId="8" w16cid:durableId="993291967">
    <w:abstractNumId w:val="1"/>
  </w:num>
  <w:num w:numId="9" w16cid:durableId="430515716">
    <w:abstractNumId w:val="0"/>
  </w:num>
  <w:num w:numId="10" w16cid:durableId="862205534">
    <w:abstractNumId w:val="11"/>
  </w:num>
  <w:num w:numId="11" w16cid:durableId="908269134">
    <w:abstractNumId w:val="10"/>
  </w:num>
  <w:num w:numId="12" w16cid:durableId="13932338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5D76"/>
    <w:rsid w:val="000A7F88"/>
    <w:rsid w:val="000E4A0B"/>
    <w:rsid w:val="0015074B"/>
    <w:rsid w:val="0016570D"/>
    <w:rsid w:val="001E2BB8"/>
    <w:rsid w:val="001F440A"/>
    <w:rsid w:val="00255740"/>
    <w:rsid w:val="002852C8"/>
    <w:rsid w:val="0029639D"/>
    <w:rsid w:val="00326F90"/>
    <w:rsid w:val="00391D2B"/>
    <w:rsid w:val="00556C17"/>
    <w:rsid w:val="00626354"/>
    <w:rsid w:val="006657D0"/>
    <w:rsid w:val="00740F9D"/>
    <w:rsid w:val="00746617"/>
    <w:rsid w:val="00943779"/>
    <w:rsid w:val="00995C0F"/>
    <w:rsid w:val="00A00541"/>
    <w:rsid w:val="00A15DCC"/>
    <w:rsid w:val="00A24740"/>
    <w:rsid w:val="00A6332B"/>
    <w:rsid w:val="00A65983"/>
    <w:rsid w:val="00AA1D8D"/>
    <w:rsid w:val="00B253D5"/>
    <w:rsid w:val="00B47730"/>
    <w:rsid w:val="00C557A3"/>
    <w:rsid w:val="00C87D66"/>
    <w:rsid w:val="00CB0664"/>
    <w:rsid w:val="00D3497F"/>
    <w:rsid w:val="00E53B0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2A2BDC"/>
  <w14:defaultImageDpi w14:val="300"/>
  <w15:docId w15:val="{45AE01C8-61E2-47DD-BE86-AC4FA2081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740F9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40F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1444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Fundação Cultural-2</cp:lastModifiedBy>
  <cp:revision>3</cp:revision>
  <dcterms:created xsi:type="dcterms:W3CDTF">2026-04-28T14:58:00Z</dcterms:created>
  <dcterms:modified xsi:type="dcterms:W3CDTF">2026-04-28T14:58:00Z</dcterms:modified>
  <cp:category/>
</cp:coreProperties>
</file>